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  <Override PartName="/word/header.xml" ContentType="application/vnd.openxmlformats-officedocument.wordprocessingml.header+xml"/>
  <Override PartName="/word/footer.xml" ContentType="application/vnd.openxmlformats-officedocument.wordprocessingml.footer+xml"/>
  <Override PartName="/word/intelligence2.xml" ContentType="application/vnd.ms-office.intelligence2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4CB0B5DC" w:rsidP="0FECD557" w:rsidRDefault="4CB0B5DC" w14:paraId="09B4FAD1" w14:textId="37162FEE">
      <w:pPr>
        <w:pStyle w:val="Ttulo1"/>
        <w:keepNext w:val="1"/>
        <w:keepLines w:val="1"/>
        <w:spacing w:before="0" w:beforeAutospacing="off" w:after="0" w:afterAutospacing="off" w:line="276" w:lineRule="auto"/>
        <w:ind w:left="0" w:right="0"/>
        <w:jc w:val="center"/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</w:pPr>
      <w:r w:rsidRPr="0FECD557" w:rsidR="4CB0B5DC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ANEXO I - TERMO DE SOLICITAÇÃO DE ALIMENTOS</w:t>
      </w:r>
    </w:p>
    <w:p w:rsidR="4CB0B5DC" w:rsidP="371DFEDE" w:rsidRDefault="4CB0B5DC" w14:paraId="45307047" w14:textId="2FD6D061">
      <w:pPr>
        <w:jc w:val="center"/>
        <w:rPr>
          <w:rFonts w:ascii="Cambria" w:hAnsi="Cambria" w:eastAsia="Cambria" w:cs="Cambria"/>
          <w:noProof w:val="0"/>
          <w:sz w:val="22"/>
          <w:szCs w:val="22"/>
          <w:lang w:val="en-US"/>
        </w:rPr>
      </w:pPr>
      <w:r w:rsidRPr="371DFEDE" w:rsidR="4CB0B5DC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EDITAL DE MANIFESTAÇÃO DE INTERESSE SEDES 09/2025</w:t>
      </w:r>
    </w:p>
    <w:p w:rsidR="371DFEDE" w:rsidP="371DFEDE" w:rsidRDefault="371DFEDE" w14:paraId="067C1A52" w14:textId="50BEDF0F">
      <w:pPr>
        <w:pStyle w:val="Normal"/>
        <w:keepNext w:val="1"/>
        <w:keepLines w:val="1"/>
        <w:rPr>
          <w:noProof w:val="0"/>
          <w:lang w:val="en-US"/>
        </w:rPr>
      </w:pPr>
    </w:p>
    <w:p w:rsidR="4CB0B5DC" w:rsidP="1A095B4B" w:rsidRDefault="4CB0B5DC" w14:paraId="73EA9EF8" w14:textId="2EEC37DC">
      <w:pPr>
        <w:pStyle w:val="Ttulo1"/>
        <w:keepNext w:val="1"/>
        <w:keepLines w:val="1"/>
        <w:spacing w:before="0" w:beforeAutospacing="off" w:after="0" w:line="276" w:lineRule="auto"/>
        <w:jc w:val="center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365F91" w:themeColor="accent1" w:themeTint="FF" w:themeShade="BF"/>
          <w:sz w:val="24"/>
          <w:szCs w:val="24"/>
          <w:lang w:val="en-US"/>
        </w:rPr>
      </w:pPr>
      <w:r w:rsidRPr="1A095B4B" w:rsidR="4CB0B5DC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365F91" w:themeColor="accent1" w:themeTint="FF" w:themeShade="BF"/>
          <w:sz w:val="24"/>
          <w:szCs w:val="24"/>
          <w:lang w:val="en-US"/>
        </w:rPr>
        <w:t xml:space="preserve"> </w:t>
      </w:r>
    </w:p>
    <w:p w:rsidR="1A095B4B" w:rsidP="1A095B4B" w:rsidRDefault="1A095B4B" w14:paraId="44E01B1D" w14:textId="05E53B19">
      <w:pPr>
        <w:spacing w:before="0" w:beforeAutospacing="off" w:after="0" w:afterAutospacing="off" w:line="276" w:lineRule="auto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1A095B4B" w:rsidP="1A095B4B" w:rsidRDefault="1A095B4B" w14:paraId="1FC488BF" w14:textId="24E91B24">
      <w:pPr>
        <w:spacing w:before="0" w:beforeAutospacing="off" w:line="276" w:lineRule="auto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4CB0B5DC" w:rsidP="1A095B4B" w:rsidRDefault="4CB0B5DC" w14:paraId="53756A28" w14:textId="3364EBE0">
      <w:pPr>
        <w:spacing w:before="0" w:beforeAutospacing="off" w:line="360" w:lineRule="auto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A095B4B" w:rsidR="4CB0B5D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Eu, _______________________________________________, representante legal do PPSSAN _________________________________________________________ ___________________________________________________________________, solicito a entrega de alimentos conforme informações prestadas no  Formulário de Inscrição Online do EDITAL DE MANIFESTAÇÃO DE INTERESSE SEDES 09/2025. Declaro que estou de acordo com as definições do edital e que as informações fornecidas no formulário são verdadeiras, e me comprometo a cumprir integralmente as normas do edital, garantir o preparo e a distribuição de refeições de forma gratuita com os alimentos recebidos, prestar contas das atividades realizadas e zelar pela correta utilização dos alimentos.</w:t>
      </w:r>
    </w:p>
    <w:p w:rsidR="1A095B4B" w:rsidP="1A095B4B" w:rsidRDefault="1A095B4B" w14:paraId="11FEF3FA" w14:textId="092567CF">
      <w:pPr>
        <w:spacing w:before="0" w:beforeAutospacing="off" w:line="276" w:lineRule="auto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4CB0B5DC" w:rsidP="1A095B4B" w:rsidRDefault="4CB0B5DC" w14:paraId="6CE49108" w14:textId="4A7EDAB7">
      <w:pPr>
        <w:spacing w:before="1" w:beforeAutospacing="off" w:after="0" w:afterAutospacing="off" w:line="276" w:lineRule="auto"/>
        <w:ind w:left="0" w:right="0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1A095B4B" w:rsidR="4CB0B5D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t"/>
        </w:rPr>
        <w:t>Local _____________________, data ___________________________.</w:t>
      </w:r>
    </w:p>
    <w:p w:rsidR="4CB0B5DC" w:rsidP="1A095B4B" w:rsidRDefault="4CB0B5DC" w14:paraId="76BDCD7A" w14:textId="47D709A9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1A095B4B" w:rsidR="4CB0B5D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t"/>
        </w:rPr>
        <w:t xml:space="preserve"> </w:t>
      </w:r>
    </w:p>
    <w:p w:rsidR="4CB0B5DC" w:rsidP="1A095B4B" w:rsidRDefault="4CB0B5DC" w14:paraId="3E137AA6" w14:textId="0DF7AC2D">
      <w:pPr>
        <w:spacing w:before="9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1A095B4B" w:rsidR="4CB0B5D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t"/>
        </w:rPr>
        <w:t xml:space="preserve"> </w:t>
      </w:r>
    </w:p>
    <w:p w:rsidR="1A095B4B" w:rsidP="1A095B4B" w:rsidRDefault="1A095B4B" w14:paraId="1809A5CF" w14:textId="77D10239">
      <w:pPr>
        <w:spacing w:before="9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</w:p>
    <w:p w:rsidR="4CB0B5DC" w:rsidP="1A095B4B" w:rsidRDefault="4CB0B5DC" w14:paraId="18D191B9" w14:textId="4663353D">
      <w:pPr>
        <w:spacing w:before="38" w:beforeAutospacing="off" w:after="0" w:afterAutospacing="off" w:line="276" w:lineRule="auto"/>
        <w:ind w:left="0" w:right="63"/>
        <w:jc w:val="center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1A095B4B" w:rsidR="4CB0B5D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t"/>
        </w:rPr>
        <w:t>___________________________________</w:t>
      </w:r>
    </w:p>
    <w:p w:rsidR="4CB0B5DC" w:rsidP="1A095B4B" w:rsidRDefault="4CB0B5DC" w14:paraId="3123B091" w14:textId="5A1CAD89">
      <w:pPr>
        <w:spacing w:before="38" w:beforeAutospacing="off" w:after="0" w:afterAutospacing="off" w:line="276" w:lineRule="auto"/>
        <w:ind w:left="0" w:right="63"/>
        <w:jc w:val="center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1A095B4B" w:rsidR="4CB0B5D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t"/>
        </w:rPr>
        <w:t>Assinatura do Representante legal do PPSSAN</w:t>
      </w:r>
    </w:p>
    <w:p w:rsidR="1A095B4B" w:rsidP="1A095B4B" w:rsidRDefault="1A095B4B" w14:paraId="192C40A8" w14:textId="3B6135A0">
      <w:pPr>
        <w:spacing w:before="0" w:beforeAutospacing="off" w:line="276" w:lineRule="auto"/>
        <w:jc w:val="both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1A095B4B" w:rsidP="1A095B4B" w:rsidRDefault="1A095B4B" w14:paraId="220D42D0" w14:textId="521D5B3F">
      <w:pPr>
        <w:spacing w:before="0" w:beforeAutospacing="off" w:line="276" w:lineRule="auto"/>
        <w:jc w:val="both"/>
        <w:rPr>
          <w:rFonts w:ascii="Arial Nova" w:hAnsi="Arial Nova" w:eastAsia="Arial Nova" w:cs="Arial Nova"/>
          <w:color w:val="auto"/>
          <w:sz w:val="24"/>
          <w:szCs w:val="24"/>
        </w:rPr>
      </w:pPr>
    </w:p>
    <w:sectPr w:rsidR="00CC1018" w:rsidSect="00034616">
      <w:pgSz w:w="12240" w:h="15840" w:orient="portrait"/>
      <w:pgMar w:top="1440" w:right="1800" w:bottom="1080" w:left="1800" w:header="720" w:footer="720" w:gutter="0"/>
      <w:cols w:space="720"/>
      <w:docGrid w:linePitch="360"/>
      <w:headerReference w:type="default" r:id="R1cde6ca9fde24307"/>
      <w:footerReference w:type="default" r:id="R1a7f2581a4394676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ela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2880"/>
      <w:gridCol w:w="2880"/>
      <w:gridCol w:w="2880"/>
    </w:tblGrid>
    <w:tr w:rsidR="5ED2DEC3" w:rsidTr="5ED2DEC3" w14:paraId="57AA2E84">
      <w:trPr>
        <w:trHeight w:val="300"/>
      </w:trPr>
      <w:tc>
        <w:tcPr>
          <w:tcW w:w="2880" w:type="dxa"/>
          <w:tcMar/>
        </w:tcPr>
        <w:p w:rsidR="5ED2DEC3" w:rsidP="5ED2DEC3" w:rsidRDefault="5ED2DEC3" w14:paraId="01E33064" w14:textId="42443928">
          <w:pPr>
            <w:pStyle w:val="Cabealho"/>
            <w:bidi w:val="0"/>
            <w:ind w:left="-115"/>
            <w:jc w:val="left"/>
          </w:pPr>
        </w:p>
      </w:tc>
      <w:tc>
        <w:tcPr>
          <w:tcW w:w="2880" w:type="dxa"/>
          <w:tcMar/>
        </w:tcPr>
        <w:p w:rsidR="5ED2DEC3" w:rsidP="5ED2DEC3" w:rsidRDefault="5ED2DEC3" w14:paraId="787DE202" w14:textId="7E674FBB">
          <w:pPr>
            <w:pStyle w:val="Cabealho"/>
            <w:bidi w:val="0"/>
            <w:jc w:val="center"/>
          </w:pPr>
        </w:p>
      </w:tc>
      <w:tc>
        <w:tcPr>
          <w:tcW w:w="2880" w:type="dxa"/>
          <w:tcMar/>
        </w:tcPr>
        <w:p w:rsidR="5ED2DEC3" w:rsidP="5ED2DEC3" w:rsidRDefault="5ED2DEC3" w14:paraId="173EFEAA" w14:textId="58E5D4E5">
          <w:pPr>
            <w:pStyle w:val="Cabealho"/>
            <w:bidi w:val="0"/>
            <w:ind w:right="-115"/>
            <w:jc w:val="right"/>
          </w:pPr>
        </w:p>
      </w:tc>
    </w:tr>
  </w:tbl>
  <w:p w:rsidR="5ED2DEC3" w:rsidP="5ED2DEC3" w:rsidRDefault="5ED2DEC3" w14:paraId="0C24824C" w14:textId="7EB3BC07">
    <w:pPr>
      <w:pStyle w:val="Rodap"/>
      <w:bidi w:val="0"/>
    </w:pPr>
  </w:p>
</w:ftr>
</file>

<file path=word/header.xml><?xml version="1.0" encoding="utf-8"?>
<w:hdr xmlns:w14="http://schemas.microsoft.com/office/word/2010/wordml" xmlns:w="http://schemas.openxmlformats.org/wordprocessingml/2006/main">
  <w:tbl>
    <w:tblPr>
      <w:tblStyle w:val="Tabela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2880"/>
      <w:gridCol w:w="2880"/>
      <w:gridCol w:w="2880"/>
    </w:tblGrid>
    <w:tr w:rsidR="5ED2DEC3" w:rsidTr="5ED2DEC3" w14:paraId="1E5B7E1B">
      <w:trPr>
        <w:trHeight w:val="300"/>
      </w:trPr>
      <w:tc>
        <w:tcPr>
          <w:tcW w:w="2880" w:type="dxa"/>
          <w:tcMar/>
        </w:tcPr>
        <w:p w:rsidR="5ED2DEC3" w:rsidP="5ED2DEC3" w:rsidRDefault="5ED2DEC3" w14:paraId="62C7B557" w14:textId="46D70D75">
          <w:pPr>
            <w:pStyle w:val="Cabealho"/>
            <w:bidi w:val="0"/>
            <w:ind w:left="-115"/>
            <w:jc w:val="left"/>
          </w:pPr>
        </w:p>
      </w:tc>
      <w:tc>
        <w:tcPr>
          <w:tcW w:w="2880" w:type="dxa"/>
          <w:tcMar/>
        </w:tcPr>
        <w:p w:rsidR="5ED2DEC3" w:rsidP="5ED2DEC3" w:rsidRDefault="5ED2DEC3" w14:paraId="1227A2C2" w14:textId="5338EDEA">
          <w:pPr>
            <w:pStyle w:val="Cabealho"/>
            <w:bidi w:val="0"/>
            <w:jc w:val="center"/>
          </w:pPr>
        </w:p>
      </w:tc>
      <w:tc>
        <w:tcPr>
          <w:tcW w:w="2880" w:type="dxa"/>
          <w:tcMar/>
        </w:tcPr>
        <w:p w:rsidR="5ED2DEC3" w:rsidP="5ED2DEC3" w:rsidRDefault="5ED2DEC3" w14:paraId="7A4EF11B" w14:textId="757F7557">
          <w:pPr>
            <w:pStyle w:val="Cabealho"/>
            <w:bidi w:val="0"/>
            <w:ind w:right="-115"/>
            <w:jc w:val="right"/>
          </w:pPr>
        </w:p>
      </w:tc>
    </w:tr>
  </w:tbl>
  <w:p w:rsidR="5ED2DEC3" w:rsidP="5ED2DEC3" w:rsidRDefault="5ED2DEC3" w14:paraId="2C4D809B" w14:textId="72015894">
    <w:pPr>
      <w:pStyle w:val="Cabealho"/>
      <w:bidi w:val="0"/>
    </w:pPr>
  </w:p>
</w:hdr>
</file>

<file path=word/intelligence2.xml><?xml version="1.0" encoding="utf-8"?>
<int2:intelligence xmlns:int2="http://schemas.microsoft.com/office/intelligence/2020/intelligence">
  <int2:observations>
    <int2:textHash int2:hashCode="vzRJ+5FnbInOhu" int2:id="y9gfwSzU">
      <int2:state int2:type="spell" int2:value="Rejected"/>
    </int2:textHash>
  </int2:observations>
  <int2:intelligenceSettings/>
</int2:intelligence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 wp14">
  <w:zoom w:percent="100"/>
  <w:trackRevisions w:val="false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653CAA"/>
    <w:rsid w:val="00AA1D8D"/>
    <w:rsid w:val="00B47730"/>
    <w:rsid w:val="00CB0664"/>
    <w:rsid w:val="00CC1018"/>
    <w:rsid w:val="00FC693F"/>
    <w:rsid w:val="015BC402"/>
    <w:rsid w:val="01708674"/>
    <w:rsid w:val="02696C58"/>
    <w:rsid w:val="02A6D8D3"/>
    <w:rsid w:val="02D9136D"/>
    <w:rsid w:val="02EDA149"/>
    <w:rsid w:val="0365B438"/>
    <w:rsid w:val="03B456E7"/>
    <w:rsid w:val="04788968"/>
    <w:rsid w:val="054C4AB7"/>
    <w:rsid w:val="057E5BDE"/>
    <w:rsid w:val="063EC45B"/>
    <w:rsid w:val="0760C688"/>
    <w:rsid w:val="07A39B53"/>
    <w:rsid w:val="07C18A53"/>
    <w:rsid w:val="082EF86C"/>
    <w:rsid w:val="08B54E6B"/>
    <w:rsid w:val="08E7ED76"/>
    <w:rsid w:val="0A12F182"/>
    <w:rsid w:val="0AD539B5"/>
    <w:rsid w:val="0C6FBE43"/>
    <w:rsid w:val="0D38FD2F"/>
    <w:rsid w:val="0E55DC6D"/>
    <w:rsid w:val="0E978A97"/>
    <w:rsid w:val="0F0AEA17"/>
    <w:rsid w:val="0FCF356F"/>
    <w:rsid w:val="0FD25D52"/>
    <w:rsid w:val="0FECD557"/>
    <w:rsid w:val="101ACBDA"/>
    <w:rsid w:val="10296682"/>
    <w:rsid w:val="10EE3C53"/>
    <w:rsid w:val="11023074"/>
    <w:rsid w:val="1102310B"/>
    <w:rsid w:val="1123F554"/>
    <w:rsid w:val="117008C4"/>
    <w:rsid w:val="117C175A"/>
    <w:rsid w:val="12D487FA"/>
    <w:rsid w:val="136C502B"/>
    <w:rsid w:val="1372BF66"/>
    <w:rsid w:val="148B0B1A"/>
    <w:rsid w:val="14BCFFD6"/>
    <w:rsid w:val="15404DEC"/>
    <w:rsid w:val="17282E87"/>
    <w:rsid w:val="17835CFD"/>
    <w:rsid w:val="17AD87E7"/>
    <w:rsid w:val="18A53F74"/>
    <w:rsid w:val="19129B9A"/>
    <w:rsid w:val="1A095B4B"/>
    <w:rsid w:val="1AA9EE4B"/>
    <w:rsid w:val="1B277432"/>
    <w:rsid w:val="1BD15DDA"/>
    <w:rsid w:val="1C13944A"/>
    <w:rsid w:val="1D00D1B1"/>
    <w:rsid w:val="1D8004A0"/>
    <w:rsid w:val="1E5F7D03"/>
    <w:rsid w:val="1F86D7CC"/>
    <w:rsid w:val="1FB10CAE"/>
    <w:rsid w:val="2058BF2B"/>
    <w:rsid w:val="21DB4171"/>
    <w:rsid w:val="22079022"/>
    <w:rsid w:val="226EDB42"/>
    <w:rsid w:val="236C08D6"/>
    <w:rsid w:val="23AF9D21"/>
    <w:rsid w:val="24115A0C"/>
    <w:rsid w:val="24AC57E3"/>
    <w:rsid w:val="24D82F35"/>
    <w:rsid w:val="26199D80"/>
    <w:rsid w:val="2632849C"/>
    <w:rsid w:val="26915030"/>
    <w:rsid w:val="26BDEE3A"/>
    <w:rsid w:val="27FA53E5"/>
    <w:rsid w:val="2892EBD6"/>
    <w:rsid w:val="2912E4E6"/>
    <w:rsid w:val="29523193"/>
    <w:rsid w:val="29DDAEA1"/>
    <w:rsid w:val="29FAC920"/>
    <w:rsid w:val="2A6D0539"/>
    <w:rsid w:val="2B07F8F5"/>
    <w:rsid w:val="2B8F69C3"/>
    <w:rsid w:val="2CEBBC26"/>
    <w:rsid w:val="2DA80633"/>
    <w:rsid w:val="2EF9B19F"/>
    <w:rsid w:val="2F6D567E"/>
    <w:rsid w:val="2F88BCAE"/>
    <w:rsid w:val="2F88BCAE"/>
    <w:rsid w:val="317A648B"/>
    <w:rsid w:val="3182FE46"/>
    <w:rsid w:val="3565297C"/>
    <w:rsid w:val="35838718"/>
    <w:rsid w:val="359C5832"/>
    <w:rsid w:val="35C40608"/>
    <w:rsid w:val="371DFEDE"/>
    <w:rsid w:val="380D6CED"/>
    <w:rsid w:val="38EFA051"/>
    <w:rsid w:val="3944A3E4"/>
    <w:rsid w:val="3A7B59C5"/>
    <w:rsid w:val="3AE60F40"/>
    <w:rsid w:val="3B5608C1"/>
    <w:rsid w:val="3BD6CA24"/>
    <w:rsid w:val="3CA77F7C"/>
    <w:rsid w:val="3D817107"/>
    <w:rsid w:val="3D93B63B"/>
    <w:rsid w:val="3E451FEB"/>
    <w:rsid w:val="3ED74574"/>
    <w:rsid w:val="3F194CC0"/>
    <w:rsid w:val="3F901C34"/>
    <w:rsid w:val="411D024B"/>
    <w:rsid w:val="415A746F"/>
    <w:rsid w:val="41CECA8F"/>
    <w:rsid w:val="425094F9"/>
    <w:rsid w:val="42C275E8"/>
    <w:rsid w:val="45E60FB5"/>
    <w:rsid w:val="46749ED3"/>
    <w:rsid w:val="469A82EF"/>
    <w:rsid w:val="469E2311"/>
    <w:rsid w:val="46DF59ED"/>
    <w:rsid w:val="4704C57E"/>
    <w:rsid w:val="4764EAAE"/>
    <w:rsid w:val="477E06FE"/>
    <w:rsid w:val="48FED0BD"/>
    <w:rsid w:val="49037D35"/>
    <w:rsid w:val="492D6EDA"/>
    <w:rsid w:val="49CD41C4"/>
    <w:rsid w:val="49EE56AA"/>
    <w:rsid w:val="4A17A249"/>
    <w:rsid w:val="4A41C6FE"/>
    <w:rsid w:val="4A930BE5"/>
    <w:rsid w:val="4AB8B560"/>
    <w:rsid w:val="4B1C17E4"/>
    <w:rsid w:val="4BA91DD9"/>
    <w:rsid w:val="4BAD26BC"/>
    <w:rsid w:val="4BC0EBBE"/>
    <w:rsid w:val="4CB0B5DC"/>
    <w:rsid w:val="4CD63F5A"/>
    <w:rsid w:val="4D779C61"/>
    <w:rsid w:val="4E51C49A"/>
    <w:rsid w:val="4E693235"/>
    <w:rsid w:val="4F77B9F8"/>
    <w:rsid w:val="51755285"/>
    <w:rsid w:val="518A727F"/>
    <w:rsid w:val="5363B7C6"/>
    <w:rsid w:val="53A80DB2"/>
    <w:rsid w:val="54EB4B75"/>
    <w:rsid w:val="55A651EE"/>
    <w:rsid w:val="55D1C75E"/>
    <w:rsid w:val="55FE986E"/>
    <w:rsid w:val="564B6978"/>
    <w:rsid w:val="5760F4F2"/>
    <w:rsid w:val="57748264"/>
    <w:rsid w:val="58380D9F"/>
    <w:rsid w:val="583C285E"/>
    <w:rsid w:val="5A6F704A"/>
    <w:rsid w:val="5A7D80FF"/>
    <w:rsid w:val="5B087426"/>
    <w:rsid w:val="5B3D14B0"/>
    <w:rsid w:val="5BC3EA1F"/>
    <w:rsid w:val="5BEA8885"/>
    <w:rsid w:val="5C001AF6"/>
    <w:rsid w:val="5C560EEE"/>
    <w:rsid w:val="5ED2DEC3"/>
    <w:rsid w:val="5F2F0A96"/>
    <w:rsid w:val="5F94A1B0"/>
    <w:rsid w:val="603A4F48"/>
    <w:rsid w:val="60C72124"/>
    <w:rsid w:val="6104D2EF"/>
    <w:rsid w:val="61495C86"/>
    <w:rsid w:val="61CDD296"/>
    <w:rsid w:val="63194015"/>
    <w:rsid w:val="640A8396"/>
    <w:rsid w:val="64124349"/>
    <w:rsid w:val="64EC292E"/>
    <w:rsid w:val="64F1B018"/>
    <w:rsid w:val="655550E4"/>
    <w:rsid w:val="65935088"/>
    <w:rsid w:val="666BB5BE"/>
    <w:rsid w:val="670868AC"/>
    <w:rsid w:val="670868AC"/>
    <w:rsid w:val="67367ABA"/>
    <w:rsid w:val="6753829F"/>
    <w:rsid w:val="676A7BD6"/>
    <w:rsid w:val="67C247AF"/>
    <w:rsid w:val="686EB1D1"/>
    <w:rsid w:val="68A0DF45"/>
    <w:rsid w:val="69027985"/>
    <w:rsid w:val="69055248"/>
    <w:rsid w:val="69428CD1"/>
    <w:rsid w:val="69428CD1"/>
    <w:rsid w:val="698EBEF9"/>
    <w:rsid w:val="6A6BB5A5"/>
    <w:rsid w:val="6B0F2798"/>
    <w:rsid w:val="6B0FC09B"/>
    <w:rsid w:val="6BDD7259"/>
    <w:rsid w:val="6D18839E"/>
    <w:rsid w:val="6D2CA6E5"/>
    <w:rsid w:val="6D7E4140"/>
    <w:rsid w:val="6DBE7EA9"/>
    <w:rsid w:val="6E4F4D72"/>
    <w:rsid w:val="6F00B40E"/>
    <w:rsid w:val="708563C9"/>
    <w:rsid w:val="70A6B29D"/>
    <w:rsid w:val="71530AEB"/>
    <w:rsid w:val="72FBBA29"/>
    <w:rsid w:val="74C1DDC7"/>
    <w:rsid w:val="750CC2A1"/>
    <w:rsid w:val="7608166F"/>
    <w:rsid w:val="763A5A90"/>
    <w:rsid w:val="78271192"/>
    <w:rsid w:val="78D4D30E"/>
    <w:rsid w:val="78FBEDD0"/>
    <w:rsid w:val="7979529B"/>
    <w:rsid w:val="79FC334C"/>
    <w:rsid w:val="7A2A1F02"/>
    <w:rsid w:val="7A4CE23E"/>
    <w:rsid w:val="7B4B9D69"/>
    <w:rsid w:val="7C1DF12C"/>
    <w:rsid w:val="7D3715EB"/>
    <w:rsid w:val="7EBBDEBC"/>
    <w:rsid w:val="7ECB89B6"/>
    <w:rsid w:val="7F21EE09"/>
    <w:rsid w:val="7F861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BEE8271"/>
  <w14:defaultImageDpi w14:val="300"/>
  <w15:docId w15:val="{B04DE81C-62E2-4CAD-B32E-AEDD3852A40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FC693F"/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Fontepargpadro" w:default="1">
    <w:name w:val="Default Paragraph Font"/>
    <w:uiPriority w:val="1"/>
    <w:semiHidden/>
    <w:unhideWhenUsed/>
  </w:style>
  <w:style w:type="table" w:styleId="Tabe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emlista" w:default="1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CabealhoChar" w:customStyle="1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RodapChar" w:customStyle="1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styleId="Ttulo1Char" w:customStyle="1">
    <w:name w:val="Título 1 Char"/>
    <w:basedOn w:val="Fontepargpadro"/>
    <w:link w:val="Ttulo1"/>
    <w:uiPriority w:val="9"/>
    <w:rsid w:val="00FC693F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Ttulo2Char" w:customStyle="1">
    <w:name w:val="Título 2 Char"/>
    <w:basedOn w:val="Fontepargpadro"/>
    <w:link w:val="Ttulo2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Ttulo3Char" w:customStyle="1">
    <w:name w:val="Título 3 Char"/>
    <w:basedOn w:val="Fontepargpadro"/>
    <w:link w:val="Ttulo3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tuloChar" w:customStyle="1">
    <w:name w:val="Título Char"/>
    <w:basedOn w:val="Fontepargpadro"/>
    <w:link w:val="Ttulo"/>
    <w:uiPriority w:val="10"/>
    <w:rsid w:val="00FC693F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tuloChar" w:customStyle="1">
    <w:name w:val="Subtítulo Char"/>
    <w:basedOn w:val="Fontepargpadro"/>
    <w:link w:val="Subttulo"/>
    <w:uiPriority w:val="11"/>
    <w:rsid w:val="00FC693F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styleId="CorpodetextoChar" w:customStyle="1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styleId="Corpodetexto2Char" w:customStyle="1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styleId="Corpodetexto3Char" w:customStyle="1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TextodemacroChar" w:customStyle="1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styleId="CitaoChar" w:customStyle="1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styleId="Ttulo4Char" w:customStyle="1">
    <w:name w:val="Título 4 Char"/>
    <w:basedOn w:val="Fontepargpadro"/>
    <w:link w:val="Ttulo4"/>
    <w:uiPriority w:val="9"/>
    <w:semiHidden/>
    <w:rsid w:val="00FC693F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Ttulo5Char" w:customStyle="1">
    <w:name w:val="Título 5 Char"/>
    <w:basedOn w:val="Fontepargpadro"/>
    <w:link w:val="Ttulo5"/>
    <w:uiPriority w:val="9"/>
    <w:semiHidden/>
    <w:rsid w:val="00FC693F"/>
    <w:rPr>
      <w:rFonts w:asciiTheme="majorHAnsi" w:hAnsiTheme="majorHAnsi" w:eastAsiaTheme="majorEastAsia" w:cstheme="majorBidi"/>
      <w:color w:val="243F60" w:themeColor="accent1" w:themeShade="7F"/>
    </w:rPr>
  </w:style>
  <w:style w:type="character" w:styleId="Ttulo6Char" w:customStyle="1">
    <w:name w:val="Título 6 Char"/>
    <w:basedOn w:val="Fontepargpadro"/>
    <w:link w:val="Ttulo6"/>
    <w:uiPriority w:val="9"/>
    <w:semiHidden/>
    <w:rsid w:val="00FC693F"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Ttulo7Char" w:customStyle="1">
    <w:name w:val="Título 7 Char"/>
    <w:basedOn w:val="Fontepargpadro"/>
    <w:link w:val="Ttulo7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Ttulo8Char" w:customStyle="1">
    <w:name w:val="Título 8 Char"/>
    <w:basedOn w:val="Fontepargpadro"/>
    <w:link w:val="Ttulo8"/>
    <w:uiPriority w:val="9"/>
    <w:semiHidden/>
    <w:rsid w:val="00FC693F"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Ttulo9Char" w:customStyle="1">
    <w:name w:val="Título 9 Char"/>
    <w:basedOn w:val="Fontepargpadro"/>
    <w:link w:val="Ttulo9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styleId="CitaoIntensaChar" w:customStyle="1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themeShade="99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themeShade="99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themeShade="99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themeShade="99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themeShade="99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themeShade="99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2.xml" Id="rId8" /><Relationship Type="http://schemas.openxmlformats.org/officeDocument/2006/relationships/styles" Target="styles.xml" Id="rId3" /><Relationship Type="http://schemas.openxmlformats.org/officeDocument/2006/relationships/theme" Target="theme/theme1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ntTable" Target="fontTable.xml" Id="rId6" /><Relationship Type="http://schemas.openxmlformats.org/officeDocument/2006/relationships/webSettings" Target="webSettings.xml" Id="rId5" /><Relationship Type="http://schemas.openxmlformats.org/officeDocument/2006/relationships/customXml" Target="../customXml/item4.xml" Id="rId10" /><Relationship Type="http://schemas.openxmlformats.org/officeDocument/2006/relationships/settings" Target="settings.xml" Id="rId4" /><Relationship Type="http://schemas.openxmlformats.org/officeDocument/2006/relationships/customXml" Target="../customXml/item3.xml" Id="rId9" /><Relationship Type="http://schemas.openxmlformats.org/officeDocument/2006/relationships/header" Target="header.xml" Id="R1cde6ca9fde24307" /><Relationship Type="http://schemas.openxmlformats.org/officeDocument/2006/relationships/footer" Target="footer.xml" Id="R1a7f2581a4394676" /><Relationship Type="http://schemas.microsoft.com/office/2020/10/relationships/intelligence" Target="intelligence2.xml" Id="R1330a2f623aa4a95" /><Relationship Type="http://schemas.microsoft.com/office/2016/09/relationships/commentsIds" Target="commentsIds.xml" Id="R37416dc2e8df4762" /><Relationship Type="http://schemas.microsoft.com/office/2011/relationships/commentsExtended" Target="commentsExtended.xml" Id="Rae4d3f41fa5e4d50" /><Relationship Type="http://schemas.microsoft.com/office/2011/relationships/people" Target="people.xml" Id="R18e3340a2dac441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07279B46A897E4CB5550BFC0CF7B618" ma:contentTypeVersion="15" ma:contentTypeDescription="Crie um novo documento." ma:contentTypeScope="" ma:versionID="8f8aae9966ade32195df63efc73cb2f4">
  <xsd:schema xmlns:xsd="http://www.w3.org/2001/XMLSchema" xmlns:xs="http://www.w3.org/2001/XMLSchema" xmlns:p="http://schemas.microsoft.com/office/2006/metadata/properties" xmlns:ns2="74c553d2-ef86-4834-9379-c274f8dcc3fe" xmlns:ns3="227d0dc9-20ab-44b5-aba8-fb97d676847b" targetNamespace="http://schemas.microsoft.com/office/2006/metadata/properties" ma:root="true" ma:fieldsID="6bd99ccb0a0b06df96030a55f1e289a3" ns2:_="" ns3:_="">
    <xsd:import namespace="74c553d2-ef86-4834-9379-c274f8dcc3fe"/>
    <xsd:import namespace="227d0dc9-20ab-44b5-aba8-fb97d676847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DateTaken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c553d2-ef86-4834-9379-c274f8dcc3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Marcações de imagem" ma:readOnly="false" ma:fieldId="{5cf76f15-5ced-4ddc-b409-7134ff3c332f}" ma:taxonomyMulti="true" ma:sspId="d5949dc0-332d-4f90-9758-939af5d3094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7d0dc9-20ab-44b5-aba8-fb97d676847b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a5d7b426-b379-46a7-85d9-60ab5fa13c1b}" ma:internalName="TaxCatchAll" ma:showField="CatchAllData" ma:web="227d0dc9-20ab-44b5-aba8-fb97d676847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4c553d2-ef86-4834-9379-c274f8dcc3fe">
      <Terms xmlns="http://schemas.microsoft.com/office/infopath/2007/PartnerControls"/>
    </lcf76f155ced4ddcb4097134ff3c332f>
    <TaxCatchAll xmlns="227d0dc9-20ab-44b5-aba8-fb97d676847b" xsi:nil="true"/>
  </documentManagement>
</p:properties>
</file>

<file path=customXml/itemProps1.xml><?xml version="1.0" encoding="utf-8"?>
<ds:datastoreItem xmlns:ds="http://schemas.openxmlformats.org/officeDocument/2006/customXml" ds:itemID="{2AF9C4AE-3F46-4D73-A928-ACA854F0106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11F28C2-96F5-4307-B6F6-1D9D88E4A128}"/>
</file>

<file path=customXml/itemProps3.xml><?xml version="1.0" encoding="utf-8"?>
<ds:datastoreItem xmlns:ds="http://schemas.openxmlformats.org/officeDocument/2006/customXml" ds:itemID="{1F512C21-C5F3-419D-8F33-BB309263BFE7}"/>
</file>

<file path=customXml/itemProps4.xml><?xml version="1.0" encoding="utf-8"?>
<ds:datastoreItem xmlns:ds="http://schemas.openxmlformats.org/officeDocument/2006/customXml" ds:itemID="{BCA53B1A-1B8B-4791-A828-28C5B7A73308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python-docx</dc:creator>
  <keywords/>
  <dc:description>generated by python-docx</dc:description>
  <lastModifiedBy>Dirce Cristina de Christo</lastModifiedBy>
  <revision>21</revision>
  <dcterms:created xsi:type="dcterms:W3CDTF">2013-12-23T23:15:00.0000000Z</dcterms:created>
  <dcterms:modified xsi:type="dcterms:W3CDTF">2025-11-24T14:50:46.9127564Z</dcterms:modified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0x010100407279B46A897E4CB5550BFC0CF7B618</vt:lpwstr>
  </property>
  <property fmtid="{D5CDD505-2E9C-101B-9397-08002B2CF9AE}" pid="3" name="MediaServiceImageTags">
    <vt:lpwstr/>
  </property>
  <property fmtid="{D5CDD505-2E9C-101B-9397-08002B2CF9AE}" pid="4" name="docLang">
    <vt:lpwstr>pt</vt:lpwstr>
  </property>
</Properties>
</file>