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p14">
  <w:body>
    <w:p w:rsidR="027C6A49" w:rsidP="69F70572" w:rsidRDefault="027C6A49" w14:paraId="51E02D0B" w14:textId="64F0396F">
      <w:pPr>
        <w:pStyle w:val="Ttulo1"/>
        <w:keepNext w:val="1"/>
        <w:keepLines w:val="1"/>
        <w:bidi w:val="0"/>
        <w:spacing w:before="0" w:beforeAutospacing="off" w:after="0" w:afterAutospacing="off" w:line="276" w:lineRule="auto"/>
        <w:ind w:left="0" w:right="0"/>
        <w:jc w:val="center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"/>
        </w:rPr>
      </w:pPr>
      <w:r w:rsidRPr="69F70572" w:rsidR="0F102382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ANEXO V - RELATÓRIO DE EXECUÇÃO</w:t>
      </w:r>
    </w:p>
    <w:p w:rsidR="0F102382" w:rsidP="69F70572" w:rsidRDefault="0F102382" w14:paraId="04526499" w14:textId="1067C4F8">
      <w:pPr>
        <w:bidi w:val="0"/>
        <w:jc w:val="center"/>
        <w:rPr>
          <w:rFonts w:ascii="Cambria" w:hAnsi="Cambria" w:eastAsia="Cambria" w:cs="Cambria"/>
          <w:noProof w:val="0"/>
          <w:sz w:val="22"/>
          <w:szCs w:val="22"/>
          <w:lang w:val="en-US"/>
        </w:rPr>
      </w:pPr>
      <w:r w:rsidRPr="69F70572" w:rsidR="0F10238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EDITAL DE MANIFESTAÇÃO DE INTERESSE SEDES </w:t>
      </w:r>
      <w:r w:rsidRPr="69F70572" w:rsidR="0F10238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09/202</w:t>
      </w:r>
      <w:r w:rsidRPr="69F70572" w:rsidR="0F10238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5</w:t>
      </w:r>
    </w:p>
    <w:p w:rsidR="027C6A49" w:rsidP="1E8E78AE" w:rsidRDefault="027C6A49" w14:paraId="1EC915F5" w14:textId="2C8AF5D3">
      <w:pPr>
        <w:pStyle w:val="Ttulo1"/>
        <w:keepNext w:val="1"/>
        <w:keepLines w:val="1"/>
        <w:bidi w:val="0"/>
        <w:spacing w:before="0" w:beforeAutospacing="off" w:after="0" w:afterAutospacing="off" w:line="276" w:lineRule="auto"/>
        <w:ind w:left="0" w:right="0"/>
        <w:jc w:val="center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pt"/>
        </w:rPr>
      </w:pPr>
      <w:r w:rsidRPr="1E8E78AE" w:rsidR="0F102382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F4761"/>
          <w:sz w:val="24"/>
          <w:szCs w:val="24"/>
          <w:lang w:val="en-US"/>
        </w:rPr>
        <w:t xml:space="preserve"> </w:t>
      </w:r>
    </w:p>
    <w:tbl>
      <w:tblPr>
        <w:tblStyle w:val="Tabelacomgrade"/>
        <w:bidiVisual w:val="0"/>
        <w:tblW w:w="0" w:type="auto"/>
        <w:tblInd w:w="240" w:type="dxa"/>
        <w:tblBorders>
          <w:top w:val="single" w:sz="6"/>
          <w:left w:val="single" w:sz="6"/>
          <w:bottom w:val="single" w:sz="6"/>
          <w:right w:val="single" w:sz="6"/>
        </w:tblBorders>
        <w:tblLook w:val="01E0" w:firstRow="1" w:lastRow="1" w:firstColumn="1" w:lastColumn="1" w:noHBand="0" w:noVBand="0"/>
      </w:tblPr>
      <w:tblGrid>
        <w:gridCol w:w="4230"/>
        <w:gridCol w:w="4230"/>
      </w:tblGrid>
      <w:tr w:rsidR="1E8E78AE" w:rsidTr="1E8E78AE" w14:paraId="0AC6490A">
        <w:trPr>
          <w:trHeight w:val="300"/>
        </w:trPr>
        <w:tc>
          <w:tcPr>
            <w:tcW w:w="846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E8E78AE" w:rsidP="1E8E78AE" w:rsidRDefault="1E8E78AE" w14:paraId="706132B3" w14:textId="1DECD5CE">
            <w:pPr>
              <w:bidi w:val="0"/>
              <w:spacing w:before="113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"/>
              </w:rPr>
              <w:t xml:space="preserve"> </w:t>
            </w:r>
          </w:p>
          <w:p w:rsidR="1E8E78AE" w:rsidP="1E8E78AE" w:rsidRDefault="1E8E78AE" w14:paraId="51059FBF" w14:textId="5BC6F381">
            <w:pPr>
              <w:bidi w:val="0"/>
              <w:spacing w:before="1" w:beforeAutospacing="off" w:after="0" w:afterAutospacing="off"/>
              <w:ind w:left="100" w:right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"/>
              </w:rPr>
              <w:t>Nome do PPSSAN:</w:t>
            </w:r>
          </w:p>
        </w:tc>
      </w:tr>
      <w:tr w:rsidR="1E8E78AE" w:rsidTr="1E8E78AE" w14:paraId="22BFB70A">
        <w:trPr>
          <w:trHeight w:val="300"/>
        </w:trPr>
        <w:tc>
          <w:tcPr>
            <w:tcW w:w="846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E8E78AE" w:rsidP="1E8E78AE" w:rsidRDefault="1E8E78AE" w14:paraId="7B9B6946" w14:textId="5D9071C5">
            <w:pPr>
              <w:bidi w:val="0"/>
              <w:spacing w:before="113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"/>
              </w:rPr>
              <w:t xml:space="preserve"> </w:t>
            </w:r>
          </w:p>
          <w:p w:rsidR="1E8E78AE" w:rsidP="1E8E78AE" w:rsidRDefault="1E8E78AE" w14:paraId="76C02D64" w14:textId="706F6CCA">
            <w:pPr>
              <w:bidi w:val="0"/>
              <w:spacing w:before="1" w:beforeAutospacing="off" w:after="0" w:afterAutospacing="off"/>
              <w:ind w:left="100" w:right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"/>
              </w:rPr>
              <w:t xml:space="preserve">Endereço: </w:t>
            </w:r>
          </w:p>
        </w:tc>
      </w:tr>
      <w:tr w:rsidR="1E8E78AE" w:rsidTr="1E8E78AE" w14:paraId="0AE84B46">
        <w:trPr>
          <w:trHeight w:val="300"/>
        </w:trPr>
        <w:tc>
          <w:tcPr>
            <w:tcW w:w="4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E8E78AE" w:rsidP="1E8E78AE" w:rsidRDefault="1E8E78AE" w14:paraId="5B0230B1" w14:textId="2BBF3AA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E8E78AE" w:rsidP="1E8E78AE" w:rsidRDefault="1E8E78AE" w14:paraId="767A992E" w14:textId="45A8F1C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"/>
              </w:rPr>
              <w:t xml:space="preserve">  Município</w:t>
            </w:r>
          </w:p>
        </w:tc>
        <w:tc>
          <w:tcPr>
            <w:tcW w:w="4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E8E78AE" w:rsidP="1E8E78AE" w:rsidRDefault="1E8E78AE" w14:paraId="12B2CB35" w14:textId="62BB7520">
            <w:pPr>
              <w:bidi w:val="0"/>
              <w:spacing w:before="1" w:beforeAutospacing="off" w:after="0" w:afterAutospacing="off"/>
              <w:ind w:left="0" w:right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"/>
              </w:rPr>
              <w:t>CEP:</w:t>
            </w:r>
          </w:p>
          <w:p w:rsidR="1E8E78AE" w:rsidP="1E8E78AE" w:rsidRDefault="1E8E78AE" w14:paraId="0C3568D3" w14:textId="340D4D9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1E8E78AE" w:rsidTr="1E8E78AE" w14:paraId="5C1041E8">
        <w:trPr>
          <w:trHeight w:val="300"/>
        </w:trPr>
        <w:tc>
          <w:tcPr>
            <w:tcW w:w="846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E8E78AE" w:rsidP="1E8E78AE" w:rsidRDefault="1E8E78AE" w14:paraId="1300557C" w14:textId="7AB577F5">
            <w:pPr>
              <w:bidi w:val="0"/>
              <w:spacing w:before="114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E8E78AE" w:rsidP="1E8E78AE" w:rsidRDefault="1E8E78AE" w14:paraId="3A7A677E" w14:textId="6AC82C6C">
            <w:pPr>
              <w:bidi w:val="0"/>
              <w:spacing w:before="0" w:beforeAutospacing="off" w:after="0" w:afterAutospacing="off"/>
              <w:ind w:left="100" w:right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"/>
              </w:rPr>
              <w:t>Telefone de Contato:</w:t>
            </w:r>
          </w:p>
        </w:tc>
      </w:tr>
      <w:tr w:rsidR="1E8E78AE" w:rsidTr="1E8E78AE" w14:paraId="024070AA">
        <w:trPr>
          <w:trHeight w:val="300"/>
        </w:trPr>
        <w:tc>
          <w:tcPr>
            <w:tcW w:w="846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bottom"/>
          </w:tcPr>
          <w:p w:rsidR="1E8E78AE" w:rsidP="1E8E78AE" w:rsidRDefault="1E8E78AE" w14:paraId="58CB4DF2" w14:textId="5EF5FC97">
            <w:pPr>
              <w:bidi w:val="0"/>
              <w:spacing w:before="0" w:beforeAutospacing="off" w:after="0" w:afterAutospacing="off"/>
              <w:ind w:left="100" w:right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E8E78AE" w:rsidP="1E8E78AE" w:rsidRDefault="1E8E78AE" w14:paraId="6CD9613B" w14:textId="6B651715">
            <w:pPr>
              <w:bidi w:val="0"/>
              <w:spacing w:before="0" w:beforeAutospacing="off" w:after="0" w:afterAutospacing="off"/>
              <w:ind w:left="100" w:right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"/>
              </w:rPr>
              <w:t>E-mail:</w:t>
            </w:r>
          </w:p>
        </w:tc>
      </w:tr>
      <w:tr w:rsidR="1E8E78AE" w:rsidTr="1E8E78AE" w14:paraId="3D0A72C7">
        <w:trPr>
          <w:trHeight w:val="300"/>
        </w:trPr>
        <w:tc>
          <w:tcPr>
            <w:tcW w:w="846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E8E78AE" w:rsidP="1E8E78AE" w:rsidRDefault="1E8E78AE" w14:paraId="079D19D0" w14:textId="7DA50AED">
            <w:pPr>
              <w:bidi w:val="0"/>
              <w:spacing w:before="111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"/>
              </w:rPr>
              <w:t xml:space="preserve"> </w:t>
            </w:r>
          </w:p>
          <w:p w:rsidR="1E8E78AE" w:rsidP="1E8E78AE" w:rsidRDefault="1E8E78AE" w14:paraId="134FCB50" w14:textId="37BDC0C8">
            <w:pPr>
              <w:bidi w:val="0"/>
              <w:spacing w:before="0" w:beforeAutospacing="off" w:after="0" w:afterAutospacing="off"/>
              <w:ind w:left="100" w:right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"/>
              </w:rPr>
              <w:t>Nome da/o Representante Legal:</w:t>
            </w:r>
          </w:p>
        </w:tc>
      </w:tr>
      <w:tr w:rsidR="1E8E78AE" w:rsidTr="1E8E78AE" w14:paraId="20EBDF40">
        <w:trPr>
          <w:trHeight w:val="300"/>
        </w:trPr>
        <w:tc>
          <w:tcPr>
            <w:tcW w:w="4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E8E78AE" w:rsidP="1E8E78AE" w:rsidRDefault="1E8E78AE" w14:paraId="326B69DB" w14:textId="2DDAE85D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E8E78AE" w:rsidP="1E8E78AE" w:rsidRDefault="1E8E78AE" w14:paraId="209B86ED" w14:textId="30B3E134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-BR"/>
              </w:rPr>
              <w:t>Quantidade de alimentos recebida na 1ª entrega</w:t>
            </w:r>
          </w:p>
          <w:p w:rsidR="1E8E78AE" w:rsidP="1E8E78AE" w:rsidRDefault="1E8E78AE" w14:paraId="113F4742" w14:textId="0C9D5F22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Arroz polido: ________________</w:t>
            </w:r>
          </w:p>
          <w:p w:rsidR="1E8E78AE" w:rsidP="1E8E78AE" w:rsidRDefault="1E8E78AE" w14:paraId="5AAF4635" w14:textId="5838833A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Feijão preto:_________________</w:t>
            </w:r>
          </w:p>
          <w:p w:rsidR="1E8E78AE" w:rsidP="1E8E78AE" w:rsidRDefault="1E8E78AE" w14:paraId="691A4D9F" w14:textId="034DAE78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Farinha de milho média:_______</w:t>
            </w:r>
          </w:p>
          <w:p w:rsidR="1E8E78AE" w:rsidP="1E8E78AE" w:rsidRDefault="1E8E78AE" w14:paraId="646C3AAC" w14:textId="09E2D93C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Macarrão:___________________</w:t>
            </w:r>
          </w:p>
          <w:p w:rsidR="1E8E78AE" w:rsidP="1E8E78AE" w:rsidRDefault="1E8E78AE" w14:paraId="3ED80EF8" w14:textId="72B099CB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bovina moída:__________</w:t>
            </w:r>
          </w:p>
          <w:p w:rsidR="1E8E78AE" w:rsidP="1E8E78AE" w:rsidRDefault="1E8E78AE" w14:paraId="237FF589" w14:textId="7DECC1F2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suína em cubos:________</w:t>
            </w:r>
          </w:p>
          <w:p w:rsidR="1E8E78AE" w:rsidP="1E8E78AE" w:rsidRDefault="1E8E78AE" w14:paraId="68A8F174" w14:textId="07D48B9D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Sobrecoxa de frango:_________</w:t>
            </w:r>
          </w:p>
          <w:p w:rsidR="1E8E78AE" w:rsidP="1E8E78AE" w:rsidRDefault="1E8E78AE" w14:paraId="74CDA08D" w14:textId="6969C4C6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Aipim congelado:_____________</w:t>
            </w:r>
          </w:p>
          <w:p w:rsidR="1E8E78AE" w:rsidP="1E8E78AE" w:rsidRDefault="1E8E78AE" w14:paraId="1C1D2012" w14:textId="54EDCE7B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Ovos (dúzia):_________________</w:t>
            </w:r>
          </w:p>
          <w:p w:rsidR="1E8E78AE" w:rsidP="1E8E78AE" w:rsidRDefault="1E8E78AE" w14:paraId="3010C32E" w14:textId="66A96324">
            <w:pPr>
              <w:bidi w:val="0"/>
              <w:rPr>
                <w:rFonts w:ascii="Cambria" w:hAnsi="Cambria" w:eastAsia="Cambria" w:cs="Cambria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bottom"/>
          </w:tcPr>
          <w:p w:rsidR="1E8E78AE" w:rsidP="1E8E78AE" w:rsidRDefault="1E8E78AE" w14:paraId="2F866CA7" w14:textId="271036B5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E8E78AE" w:rsidP="1E8E78AE" w:rsidRDefault="1E8E78AE" w14:paraId="595F1D39" w14:textId="2CFB0915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-BR"/>
              </w:rPr>
              <w:t>Quantidade de alimentos recebida na 2ª entrega</w:t>
            </w:r>
          </w:p>
          <w:p w:rsidR="1E8E78AE" w:rsidP="1E8E78AE" w:rsidRDefault="1E8E78AE" w14:paraId="1DC537F5" w14:textId="506A0AA4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Arroz polido: ________________</w:t>
            </w:r>
          </w:p>
          <w:p w:rsidR="1E8E78AE" w:rsidP="1E8E78AE" w:rsidRDefault="1E8E78AE" w14:paraId="71EC8CBA" w14:textId="00F9899D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Feijão preto:_________________</w:t>
            </w:r>
          </w:p>
          <w:p w:rsidR="1E8E78AE" w:rsidP="1E8E78AE" w:rsidRDefault="1E8E78AE" w14:paraId="5283C002" w14:textId="607B4D92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Farinha de milho média:_______</w:t>
            </w:r>
          </w:p>
          <w:p w:rsidR="1E8E78AE" w:rsidP="1E8E78AE" w:rsidRDefault="1E8E78AE" w14:paraId="335F081B" w14:textId="2936AF4C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Macarrão:___________________</w:t>
            </w:r>
          </w:p>
          <w:p w:rsidR="1E8E78AE" w:rsidP="1E8E78AE" w:rsidRDefault="1E8E78AE" w14:paraId="4B5D2F9D" w14:textId="48026307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bovina moída:__________</w:t>
            </w:r>
          </w:p>
          <w:p w:rsidR="1E8E78AE" w:rsidP="1E8E78AE" w:rsidRDefault="1E8E78AE" w14:paraId="06F4EF3B" w14:textId="768B2046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suína em cubos:________</w:t>
            </w:r>
          </w:p>
          <w:p w:rsidR="1E8E78AE" w:rsidP="1E8E78AE" w:rsidRDefault="1E8E78AE" w14:paraId="233201C7" w14:textId="0E5C4CA3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Sobrecoxa de frango:_________</w:t>
            </w:r>
          </w:p>
          <w:p w:rsidR="1E8E78AE" w:rsidP="1E8E78AE" w:rsidRDefault="1E8E78AE" w14:paraId="155C1577" w14:textId="7337DAE6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Aipim congelado:_____________</w:t>
            </w:r>
          </w:p>
          <w:p w:rsidR="1E8E78AE" w:rsidP="1E8E78AE" w:rsidRDefault="1E8E78AE" w14:paraId="0E64B7F3" w14:textId="172E29D2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Ovos (dúzia):_________________</w:t>
            </w:r>
          </w:p>
          <w:p w:rsidR="1E8E78AE" w:rsidP="1E8E78AE" w:rsidRDefault="1E8E78AE" w14:paraId="1CBF494D" w14:textId="17FDABE0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E8E78AE" w:rsidP="1E8E78AE" w:rsidRDefault="1E8E78AE" w14:paraId="20961E6C" w14:textId="44E8C190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1E8E78AE" w:rsidTr="1E8E78AE" w14:paraId="679136F5">
        <w:trPr>
          <w:trHeight w:val="300"/>
        </w:trPr>
        <w:tc>
          <w:tcPr>
            <w:tcW w:w="4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bottom"/>
          </w:tcPr>
          <w:p w:rsidR="1E8E78AE" w:rsidP="1E8E78AE" w:rsidRDefault="1E8E78AE" w14:paraId="6C9826B9" w14:textId="49696846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E8E78AE" w:rsidP="1E8E78AE" w:rsidRDefault="1E8E78AE" w14:paraId="2F59BE53" w14:textId="29FD24CE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-BR"/>
              </w:rPr>
              <w:t>Quantidade de alimentos recebida na 3ª entrega</w:t>
            </w:r>
          </w:p>
          <w:p w:rsidR="1E8E78AE" w:rsidP="1E8E78AE" w:rsidRDefault="1E8E78AE" w14:paraId="629B26F5" w14:textId="43B68B1B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Arroz polido: ________________</w:t>
            </w:r>
          </w:p>
          <w:p w:rsidR="1E8E78AE" w:rsidP="1E8E78AE" w:rsidRDefault="1E8E78AE" w14:paraId="0EEE2A2E" w14:textId="7112AA81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Feijão preto:_________________</w:t>
            </w:r>
          </w:p>
          <w:p w:rsidR="1E8E78AE" w:rsidP="1E8E78AE" w:rsidRDefault="1E8E78AE" w14:paraId="6FA15CA1" w14:textId="228755E5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Farinha de milho média:_______</w:t>
            </w:r>
          </w:p>
          <w:p w:rsidR="1E8E78AE" w:rsidP="1E8E78AE" w:rsidRDefault="1E8E78AE" w14:paraId="5D9015F5" w14:textId="1BD0468A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Macarrão:___________________</w:t>
            </w:r>
          </w:p>
          <w:p w:rsidR="1E8E78AE" w:rsidP="1E8E78AE" w:rsidRDefault="1E8E78AE" w14:paraId="37ED8A56" w14:textId="254AF465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bovina moída:__________</w:t>
            </w:r>
          </w:p>
          <w:p w:rsidR="1E8E78AE" w:rsidP="1E8E78AE" w:rsidRDefault="1E8E78AE" w14:paraId="552D006E" w14:textId="4E2F8911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suína em cubos:________</w:t>
            </w:r>
          </w:p>
          <w:p w:rsidR="1E8E78AE" w:rsidP="1E8E78AE" w:rsidRDefault="1E8E78AE" w14:paraId="258821D6" w14:textId="174F8DD7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Sobrecoxa de frango:_________</w:t>
            </w:r>
          </w:p>
          <w:p w:rsidR="1E8E78AE" w:rsidP="1E8E78AE" w:rsidRDefault="1E8E78AE" w14:paraId="0FBE4F4F" w14:textId="30A76F4E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Aipim congelado:_____________</w:t>
            </w:r>
          </w:p>
          <w:p w:rsidR="1E8E78AE" w:rsidP="1E8E78AE" w:rsidRDefault="1E8E78AE" w14:paraId="056D3BAA" w14:textId="1A18E40E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Ovos (dúzia):_________________</w:t>
            </w:r>
          </w:p>
          <w:p w:rsidR="1E8E78AE" w:rsidP="1E8E78AE" w:rsidRDefault="1E8E78AE" w14:paraId="282CA224" w14:textId="1DF0460C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E8E78AE" w:rsidP="1E8E78AE" w:rsidRDefault="1E8E78AE" w14:paraId="4B37E7E7" w14:textId="15B82EE0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bottom"/>
          </w:tcPr>
          <w:p w:rsidR="1E8E78AE" w:rsidP="1E8E78AE" w:rsidRDefault="1E8E78AE" w14:paraId="2C2F18BA" w14:textId="2B7C2CB1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-BR"/>
              </w:rPr>
              <w:t>Quantidade de alimentos recebida na 4ª entrega</w:t>
            </w:r>
          </w:p>
          <w:p w:rsidR="1E8E78AE" w:rsidP="1E8E78AE" w:rsidRDefault="1E8E78AE" w14:paraId="705E400D" w14:textId="282AC267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Arroz polido: ________________</w:t>
            </w:r>
          </w:p>
          <w:p w:rsidR="1E8E78AE" w:rsidP="1E8E78AE" w:rsidRDefault="1E8E78AE" w14:paraId="07953D2D" w14:textId="76E1C9E4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Feijão preto:_________________</w:t>
            </w:r>
          </w:p>
          <w:p w:rsidR="1E8E78AE" w:rsidP="1E8E78AE" w:rsidRDefault="1E8E78AE" w14:paraId="0EA3AD70" w14:textId="525AB8FD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Farinha de milho média:_______</w:t>
            </w:r>
          </w:p>
          <w:p w:rsidR="1E8E78AE" w:rsidP="1E8E78AE" w:rsidRDefault="1E8E78AE" w14:paraId="3B152849" w14:textId="5E4B44E7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Macarrão:___________________</w:t>
            </w:r>
          </w:p>
          <w:p w:rsidR="1E8E78AE" w:rsidP="1E8E78AE" w:rsidRDefault="1E8E78AE" w14:paraId="318C2F3A" w14:textId="5FB2C02C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bovina moída:__________</w:t>
            </w:r>
          </w:p>
          <w:p w:rsidR="1E8E78AE" w:rsidP="1E8E78AE" w:rsidRDefault="1E8E78AE" w14:paraId="2CCAED29" w14:textId="5E3DF103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suína em cubos:________</w:t>
            </w:r>
          </w:p>
          <w:p w:rsidR="1E8E78AE" w:rsidP="1E8E78AE" w:rsidRDefault="1E8E78AE" w14:paraId="7FA39DDB" w14:textId="16B5B8A7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Sobrecoxa de frango:_________</w:t>
            </w:r>
          </w:p>
          <w:p w:rsidR="1E8E78AE" w:rsidP="1E8E78AE" w:rsidRDefault="1E8E78AE" w14:paraId="0DBE34B6" w14:textId="08CBD6EF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Aipim congelado:_____________</w:t>
            </w:r>
          </w:p>
          <w:p w:rsidR="1E8E78AE" w:rsidP="1E8E78AE" w:rsidRDefault="1E8E78AE" w14:paraId="667F5FCE" w14:textId="37304A78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Ovos (dúzia):_________________</w:t>
            </w:r>
          </w:p>
          <w:p w:rsidR="1E8E78AE" w:rsidP="1E8E78AE" w:rsidRDefault="1E8E78AE" w14:paraId="43EEF2AC" w14:textId="1531A427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E8E78AE" w:rsidP="1E8E78AE" w:rsidRDefault="1E8E78AE" w14:paraId="52FAC8DD" w14:textId="469D7CB7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1E8E78AE" w:rsidTr="1E8E78AE" w14:paraId="7C44E076">
        <w:trPr>
          <w:trHeight w:val="300"/>
        </w:trPr>
        <w:tc>
          <w:tcPr>
            <w:tcW w:w="4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bottom"/>
          </w:tcPr>
          <w:p w:rsidR="1E8E78AE" w:rsidP="1E8E78AE" w:rsidRDefault="1E8E78AE" w14:paraId="569C1942" w14:textId="44845A2A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E8E78AE" w:rsidP="1E8E78AE" w:rsidRDefault="1E8E78AE" w14:paraId="573798A3" w14:textId="5D92AA76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-BR"/>
              </w:rPr>
              <w:t>Quantidade de alimentos recebida na 5ª entrega</w:t>
            </w:r>
          </w:p>
          <w:p w:rsidR="1E8E78AE" w:rsidP="1E8E78AE" w:rsidRDefault="1E8E78AE" w14:paraId="57971DC3" w14:textId="431FD21B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Arroz polido: ________________</w:t>
            </w:r>
          </w:p>
          <w:p w:rsidR="1E8E78AE" w:rsidP="1E8E78AE" w:rsidRDefault="1E8E78AE" w14:paraId="3962495B" w14:textId="375896EA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Feijão preto:_________________</w:t>
            </w:r>
          </w:p>
          <w:p w:rsidR="1E8E78AE" w:rsidP="1E8E78AE" w:rsidRDefault="1E8E78AE" w14:paraId="7D9A4F04" w14:textId="3C0D3C5B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Farinha de milho média:_______</w:t>
            </w:r>
          </w:p>
          <w:p w:rsidR="1E8E78AE" w:rsidP="1E8E78AE" w:rsidRDefault="1E8E78AE" w14:paraId="035AD2FB" w14:textId="518974BC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Macarrão:___________________</w:t>
            </w:r>
          </w:p>
          <w:p w:rsidR="1E8E78AE" w:rsidP="1E8E78AE" w:rsidRDefault="1E8E78AE" w14:paraId="75B27A6E" w14:textId="6ED8B67A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bovina moída:__________</w:t>
            </w:r>
          </w:p>
          <w:p w:rsidR="1E8E78AE" w:rsidP="1E8E78AE" w:rsidRDefault="1E8E78AE" w14:paraId="784926C3" w14:textId="5ECCB7FA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suína em cubos:________</w:t>
            </w:r>
          </w:p>
          <w:p w:rsidR="1E8E78AE" w:rsidP="1E8E78AE" w:rsidRDefault="1E8E78AE" w14:paraId="4D1119D9" w14:textId="486570BC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Sobrecoxa de frango:_________</w:t>
            </w:r>
          </w:p>
          <w:p w:rsidR="1E8E78AE" w:rsidP="1E8E78AE" w:rsidRDefault="1E8E78AE" w14:paraId="17B04BF5" w14:textId="4DEAF755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Aipim congelado:_____________</w:t>
            </w:r>
          </w:p>
          <w:p w:rsidR="1E8E78AE" w:rsidP="1E8E78AE" w:rsidRDefault="1E8E78AE" w14:paraId="1C85333D" w14:textId="607A3805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Ovos (dúzia):_________________</w:t>
            </w:r>
          </w:p>
          <w:p w:rsidR="1E8E78AE" w:rsidP="1E8E78AE" w:rsidRDefault="1E8E78AE" w14:paraId="63E5D4E5" w14:textId="0AAC49D6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E8E78AE" w:rsidP="1E8E78AE" w:rsidRDefault="1E8E78AE" w14:paraId="4DF08A88" w14:textId="642E3604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bottom"/>
          </w:tcPr>
          <w:p w:rsidR="1E8E78AE" w:rsidP="1E8E78AE" w:rsidRDefault="1E8E78AE" w14:paraId="4534ECA8" w14:textId="26FD101D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-BR"/>
              </w:rPr>
              <w:t>Quantidade de alimentos recebida na 6ª entrega</w:t>
            </w:r>
          </w:p>
          <w:p w:rsidR="1E8E78AE" w:rsidP="1E8E78AE" w:rsidRDefault="1E8E78AE" w14:paraId="780EF393" w14:textId="35768ACA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Arroz polido: ________________</w:t>
            </w:r>
          </w:p>
          <w:p w:rsidR="1E8E78AE" w:rsidP="1E8E78AE" w:rsidRDefault="1E8E78AE" w14:paraId="2DCAF5B5" w14:textId="167FBD01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Feijão preto:_________________</w:t>
            </w:r>
          </w:p>
          <w:p w:rsidR="1E8E78AE" w:rsidP="1E8E78AE" w:rsidRDefault="1E8E78AE" w14:paraId="2D7F52F3" w14:textId="101503A9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Farinha de milho média:_______</w:t>
            </w:r>
          </w:p>
          <w:p w:rsidR="1E8E78AE" w:rsidP="1E8E78AE" w:rsidRDefault="1E8E78AE" w14:paraId="218BFE83" w14:textId="48367BCE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Macarrão:___________________</w:t>
            </w:r>
          </w:p>
          <w:p w:rsidR="1E8E78AE" w:rsidP="1E8E78AE" w:rsidRDefault="1E8E78AE" w14:paraId="16AE7CA1" w14:textId="429D0180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bovina moída:__________</w:t>
            </w:r>
          </w:p>
          <w:p w:rsidR="1E8E78AE" w:rsidP="1E8E78AE" w:rsidRDefault="1E8E78AE" w14:paraId="5C68610B" w14:textId="4029BECB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suína em cubos:________</w:t>
            </w:r>
          </w:p>
          <w:p w:rsidR="1E8E78AE" w:rsidP="1E8E78AE" w:rsidRDefault="1E8E78AE" w14:paraId="1BEB68EA" w14:textId="07B8C2D4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Sobrecoxa de frango:_________</w:t>
            </w:r>
          </w:p>
          <w:p w:rsidR="1E8E78AE" w:rsidP="1E8E78AE" w:rsidRDefault="1E8E78AE" w14:paraId="5BF19CC9" w14:textId="204C16E4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Aipim congelado:_____________</w:t>
            </w:r>
          </w:p>
          <w:p w:rsidR="1E8E78AE" w:rsidP="1E8E78AE" w:rsidRDefault="1E8E78AE" w14:paraId="23700AA4" w14:textId="0DAB8178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Ovos (dúzia):_________________</w:t>
            </w:r>
          </w:p>
          <w:p w:rsidR="1E8E78AE" w:rsidP="1E8E78AE" w:rsidRDefault="1E8E78AE" w14:paraId="1E512CC5" w14:textId="44CF5764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E8E78AE" w:rsidP="1E8E78AE" w:rsidRDefault="1E8E78AE" w14:paraId="6FC35E72" w14:textId="10C498D0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1E8E78AE" w:rsidTr="1E8E78AE" w14:paraId="3D6C254D">
        <w:trPr>
          <w:trHeight w:val="300"/>
        </w:trPr>
        <w:tc>
          <w:tcPr>
            <w:tcW w:w="4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bottom"/>
          </w:tcPr>
          <w:p w:rsidR="1E8E78AE" w:rsidP="1E8E78AE" w:rsidRDefault="1E8E78AE" w14:paraId="02C89FAB" w14:textId="4386F43B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E8E78AE" w:rsidP="1E8E78AE" w:rsidRDefault="1E8E78AE" w14:paraId="24DE06E3" w14:textId="1313C815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-BR"/>
              </w:rPr>
              <w:t>Quantidade de alimentos recebida na 7ª entrega</w:t>
            </w:r>
          </w:p>
          <w:p w:rsidR="1E8E78AE" w:rsidP="1E8E78AE" w:rsidRDefault="1E8E78AE" w14:paraId="16A3BCC9" w14:textId="45F0EED3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Arroz polido: ________________</w:t>
            </w:r>
          </w:p>
          <w:p w:rsidR="1E8E78AE" w:rsidP="1E8E78AE" w:rsidRDefault="1E8E78AE" w14:paraId="47033761" w14:textId="6B64A7C6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Feijão preto:_________________</w:t>
            </w:r>
          </w:p>
          <w:p w:rsidR="1E8E78AE" w:rsidP="1E8E78AE" w:rsidRDefault="1E8E78AE" w14:paraId="1C3078D2" w14:textId="39B161C8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Farinha de milho média:_______</w:t>
            </w:r>
          </w:p>
          <w:p w:rsidR="1E8E78AE" w:rsidP="1E8E78AE" w:rsidRDefault="1E8E78AE" w14:paraId="130C3AAA" w14:textId="6CC3B2D7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Macarrão:___________________</w:t>
            </w:r>
          </w:p>
          <w:p w:rsidR="1E8E78AE" w:rsidP="1E8E78AE" w:rsidRDefault="1E8E78AE" w14:paraId="644165AB" w14:textId="29D42D6C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bovina moída:__________</w:t>
            </w:r>
          </w:p>
          <w:p w:rsidR="1E8E78AE" w:rsidP="1E8E78AE" w:rsidRDefault="1E8E78AE" w14:paraId="4A53A31F" w14:textId="0880B2F0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suína em cubos:________</w:t>
            </w:r>
          </w:p>
          <w:p w:rsidR="1E8E78AE" w:rsidP="1E8E78AE" w:rsidRDefault="1E8E78AE" w14:paraId="700EE20A" w14:textId="4A09C2B5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Sobrecoxa de frango:_________</w:t>
            </w:r>
          </w:p>
          <w:p w:rsidR="1E8E78AE" w:rsidP="1E8E78AE" w:rsidRDefault="1E8E78AE" w14:paraId="4003CB14" w14:textId="7AAB3ACC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Aipim congelado:_____________</w:t>
            </w:r>
          </w:p>
          <w:p w:rsidR="1E8E78AE" w:rsidP="1E8E78AE" w:rsidRDefault="1E8E78AE" w14:paraId="2B30D91B" w14:textId="74A68282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Ovos (dúzia):_________________</w:t>
            </w:r>
          </w:p>
          <w:p w:rsidR="1E8E78AE" w:rsidP="1E8E78AE" w:rsidRDefault="1E8E78AE" w14:paraId="7FF33832" w14:textId="37750C0A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E8E78AE" w:rsidP="1E8E78AE" w:rsidRDefault="1E8E78AE" w14:paraId="0D8A0818" w14:textId="75A03F44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bottom"/>
          </w:tcPr>
          <w:p w:rsidR="1E8E78AE" w:rsidP="1E8E78AE" w:rsidRDefault="1E8E78AE" w14:paraId="239BDC59" w14:textId="38EBA2D8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8E78AE" w:rsidR="1E8E78A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pt-BR"/>
              </w:rPr>
              <w:t>Quantidade de alimentos recebida na 8ª entrega</w:t>
            </w:r>
          </w:p>
          <w:p w:rsidR="1E8E78AE" w:rsidP="1E8E78AE" w:rsidRDefault="1E8E78AE" w14:paraId="7BBF9103" w14:textId="21C8F8ED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Arroz polido: ________________</w:t>
            </w:r>
          </w:p>
          <w:p w:rsidR="1E8E78AE" w:rsidP="1E8E78AE" w:rsidRDefault="1E8E78AE" w14:paraId="6C0C8496" w14:textId="6C93DE6E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Feijão preto:_________________</w:t>
            </w:r>
          </w:p>
          <w:p w:rsidR="1E8E78AE" w:rsidP="1E8E78AE" w:rsidRDefault="1E8E78AE" w14:paraId="04C3B7F6" w14:textId="477458C7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Farinha de milho média:_______</w:t>
            </w:r>
          </w:p>
          <w:p w:rsidR="1E8E78AE" w:rsidP="1E8E78AE" w:rsidRDefault="1E8E78AE" w14:paraId="61C749F1" w14:textId="57714DA8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Macarrão:___________________</w:t>
            </w:r>
          </w:p>
          <w:p w:rsidR="1E8E78AE" w:rsidP="1E8E78AE" w:rsidRDefault="1E8E78AE" w14:paraId="1387D0B1" w14:textId="2CB9F264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bovina moída:__________</w:t>
            </w:r>
          </w:p>
          <w:p w:rsidR="1E8E78AE" w:rsidP="1E8E78AE" w:rsidRDefault="1E8E78AE" w14:paraId="62F24D50" w14:textId="7B8CD4D3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Carne suína em cubos:________</w:t>
            </w:r>
          </w:p>
          <w:p w:rsidR="1E8E78AE" w:rsidP="1E8E78AE" w:rsidRDefault="1E8E78AE" w14:paraId="64F1D3AE" w14:textId="3C8EA568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Sobrecoxa de frango:_________</w:t>
            </w:r>
          </w:p>
          <w:p w:rsidR="1E8E78AE" w:rsidP="1E8E78AE" w:rsidRDefault="1E8E78AE" w14:paraId="318957F7" w14:textId="73C84A3D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Aipim congelado:_____________</w:t>
            </w:r>
          </w:p>
          <w:p w:rsidR="1E8E78AE" w:rsidP="1E8E78AE" w:rsidRDefault="1E8E78AE" w14:paraId="19BCD5A6" w14:textId="35CCE85C">
            <w:pPr>
              <w:bidi w:val="0"/>
              <w:spacing w:before="0" w:beforeAutospacing="off" w:line="276" w:lineRule="auto"/>
              <w:jc w:val="both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E8E78AE" w:rsidR="1E8E78AE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☐ Ovos (dúzia):_________________</w:t>
            </w:r>
          </w:p>
          <w:p w:rsidR="1E8E78AE" w:rsidP="1E8E78AE" w:rsidRDefault="1E8E78AE" w14:paraId="24BE0F0F" w14:textId="7393AAEF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E8E78AE" w:rsidP="1E8E78AE" w:rsidRDefault="1E8E78AE" w14:paraId="580941AB" w14:textId="745A66B8">
            <w:pPr>
              <w:bidi w:val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:rsidR="027C6A49" w:rsidP="1E8E78AE" w:rsidRDefault="027C6A49" w14:paraId="5CE40090" w14:textId="44DFDEC5">
      <w:pPr>
        <w:bidi w:val="0"/>
        <w:spacing w:before="44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 xml:space="preserve"> </w:t>
      </w:r>
    </w:p>
    <w:p w:rsidR="027C6A49" w:rsidP="1E8E78AE" w:rsidRDefault="027C6A49" w14:paraId="55D331B9" w14:textId="4B2B3021">
      <w:pPr>
        <w:bidi w:val="0"/>
        <w:spacing w:before="0" w:beforeAutospacing="off" w:after="0" w:afterAutospacing="off" w:line="360" w:lineRule="auto"/>
        <w:ind w:left="104" w:right="165" w:firstLine="707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O PPSSAN____________________________________________________ _______________________________________________________________________ realizou a produção e a distribuição gratuita de ______ refeições com os alimentos fornecidos pela Secretaria Estadual de Desenvolvimento Social, cuja aquisição foi decorrente do Termo de Cooperação firmado entre o Poder Legislativo e o Poder Executivo do Estado do Rio Grande do Sul, FPE nº 09/2024.</w:t>
      </w:r>
    </w:p>
    <w:p w:rsidR="027C6A49" w:rsidP="1E8E78AE" w:rsidRDefault="027C6A49" w14:paraId="6ED5388E" w14:textId="6130B5C9">
      <w:pPr>
        <w:bidi w:val="0"/>
        <w:spacing w:before="0" w:beforeAutospacing="off" w:after="0" w:afterAutospacing="off" w:line="360" w:lineRule="auto"/>
        <w:ind w:left="104" w:right="166" w:firstLine="719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 xml:space="preserve">Os alimentos foram destinados exclusivamente para o preparo de refeições no período de___________________ a ________________, e estas foram distribuídas às pessoas atendidas pelo PPSSAN nos termos do Edital de Manifestação de Interesse SEDES 09/2025, buscando promover a soberania e a segurança alimentar e nutricional. </w:t>
      </w:r>
    </w:p>
    <w:p w:rsidR="027C6A49" w:rsidP="1E8E78AE" w:rsidRDefault="027C6A49" w14:paraId="4676ED5C" w14:textId="174FF86D">
      <w:pPr>
        <w:bidi w:val="0"/>
        <w:spacing w:before="0" w:beforeAutospacing="off" w:after="0" w:afterAutospacing="off" w:line="360" w:lineRule="auto"/>
        <w:ind w:left="104" w:right="166" w:firstLine="719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Registre-se que este Relatório de Execução se mantém sob a guarda do PPSSAN e ficará disponível para eventual fiscalização.</w:t>
      </w:r>
    </w:p>
    <w:p w:rsidR="027C6A49" w:rsidP="1E8E78AE" w:rsidRDefault="027C6A49" w14:paraId="5F8652ED" w14:textId="6E352D3D">
      <w:pPr>
        <w:bidi w:val="0"/>
        <w:spacing w:before="0" w:beforeAutospacing="off" w:after="0" w:afterAutospacing="off" w:line="360" w:lineRule="auto"/>
        <w:ind w:left="104" w:right="175" w:firstLine="707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>Por fim, declaro que todos os requisitos do Edital de Manifestação de Interesse foram integralmente atendidos, razão pela qual submeto este Relatório de Execução à Secretaria Estadual de Desenvolvimento Social do Estado do Rio Grande do Sul.</w:t>
      </w:r>
    </w:p>
    <w:p w:rsidR="027C6A49" w:rsidP="1E8E78AE" w:rsidRDefault="027C6A49" w14:paraId="5E00F71E" w14:textId="5C9D561F">
      <w:pPr>
        <w:bidi w:val="0"/>
        <w:spacing w:before="32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 xml:space="preserve"> </w:t>
      </w:r>
    </w:p>
    <w:p w:rsidR="027C6A49" w:rsidP="1E8E78AE" w:rsidRDefault="027C6A49" w14:paraId="428655CE" w14:textId="6DB0D292">
      <w:pPr>
        <w:bidi w:val="0"/>
        <w:spacing w:before="0" w:beforeAutospacing="off" w:after="0" w:afterAutospacing="off"/>
        <w:ind w:left="104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>Sem mais para o momento.</w:t>
      </w:r>
    </w:p>
    <w:p w:rsidR="027C6A49" w:rsidP="1E8E78AE" w:rsidRDefault="027C6A49" w14:paraId="7F9752F8" w14:textId="0A76A890">
      <w:pPr>
        <w:bidi w:val="0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 xml:space="preserve"> </w:t>
      </w:r>
    </w:p>
    <w:p w:rsidR="027C6A49" w:rsidP="1E8E78AE" w:rsidRDefault="027C6A49" w14:paraId="3E37642A" w14:textId="6F750C5D">
      <w:pPr>
        <w:bidi w:val="0"/>
        <w:spacing w:before="169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 xml:space="preserve"> </w:t>
      </w:r>
    </w:p>
    <w:p w:rsidR="027C6A49" w:rsidP="1E8E78AE" w:rsidRDefault="027C6A49" w14:paraId="550E080B" w14:textId="18BC2983">
      <w:pPr>
        <w:bidi w:val="0"/>
        <w:spacing w:before="1" w:beforeAutospacing="off" w:after="0" w:afterAutospacing="off" w:line="276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>Local _____________________, data ___________________________.</w:t>
      </w:r>
    </w:p>
    <w:p w:rsidR="027C6A49" w:rsidP="1E8E78AE" w:rsidRDefault="027C6A49" w14:paraId="32B97F6F" w14:textId="204496A8">
      <w:pPr>
        <w:bidi w:val="0"/>
        <w:spacing w:before="1" w:beforeAutospacing="off" w:after="0" w:afterAutospacing="off"/>
        <w:ind w:left="5435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pt"/>
        </w:rPr>
      </w:pPr>
    </w:p>
    <w:p w:rsidR="027C6A49" w:rsidP="1E8E78AE" w:rsidRDefault="027C6A49" w14:paraId="2B5A2E87" w14:textId="275B2ACD">
      <w:pPr>
        <w:bidi w:val="0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 xml:space="preserve"> </w:t>
      </w:r>
    </w:p>
    <w:p w:rsidR="027C6A49" w:rsidP="1E8E78AE" w:rsidRDefault="027C6A49" w14:paraId="1024AF6D" w14:textId="71F1CDF9">
      <w:pPr>
        <w:bidi w:val="0"/>
        <w:spacing w:before="9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 xml:space="preserve"> </w:t>
      </w:r>
    </w:p>
    <w:p w:rsidR="027C6A49" w:rsidP="1E8E78AE" w:rsidRDefault="027C6A49" w14:paraId="1B150D69" w14:textId="2A8EEF3F">
      <w:pPr>
        <w:bidi w:val="0"/>
        <w:spacing w:before="9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</w:p>
    <w:p w:rsidR="027C6A49" w:rsidP="1E8E78AE" w:rsidRDefault="027C6A49" w14:paraId="22AF590C" w14:textId="64F7622D">
      <w:pPr>
        <w:bidi w:val="0"/>
        <w:spacing w:before="38" w:beforeAutospacing="off" w:after="0" w:afterAutospacing="off" w:line="276" w:lineRule="auto"/>
        <w:ind w:left="0" w:right="63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>___________________________________</w:t>
      </w:r>
    </w:p>
    <w:p w:rsidR="027C6A49" w:rsidP="1E8E78AE" w:rsidRDefault="027C6A49" w14:paraId="698FCB97" w14:textId="4EC4FA57">
      <w:pPr>
        <w:bidi w:val="0"/>
        <w:spacing w:before="38" w:beforeAutospacing="off" w:after="0" w:afterAutospacing="off" w:line="276" w:lineRule="auto"/>
        <w:ind w:left="0" w:right="63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>Nome da/o Representante legal do PPSSAN</w:t>
      </w:r>
    </w:p>
    <w:p w:rsidR="027C6A49" w:rsidP="1E8E78AE" w:rsidRDefault="027C6A49" w14:paraId="6058E751" w14:textId="5D19B125">
      <w:pPr>
        <w:bidi w:val="0"/>
        <w:spacing w:before="38" w:beforeAutospacing="off" w:after="0" w:afterAutospacing="off" w:line="276" w:lineRule="auto"/>
        <w:ind w:left="0" w:right="63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</w:p>
    <w:p w:rsidR="027C6A49" w:rsidP="1E8E78AE" w:rsidRDefault="027C6A49" w14:paraId="672520D1" w14:textId="7433A272">
      <w:pPr>
        <w:bidi w:val="0"/>
        <w:spacing w:before="38" w:beforeAutospacing="off" w:after="0" w:afterAutospacing="off" w:line="276" w:lineRule="auto"/>
        <w:ind w:left="0" w:right="63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</w:p>
    <w:p w:rsidR="027C6A49" w:rsidP="1E8E78AE" w:rsidRDefault="027C6A49" w14:paraId="56EAE90B" w14:textId="2BE106DC">
      <w:pPr>
        <w:bidi w:val="0"/>
        <w:spacing w:before="38" w:beforeAutospacing="off" w:after="0" w:afterAutospacing="off" w:line="276" w:lineRule="auto"/>
        <w:ind w:left="0" w:right="63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>___________________________________</w:t>
      </w:r>
    </w:p>
    <w:p w:rsidR="027C6A49" w:rsidP="1E8E78AE" w:rsidRDefault="027C6A49" w14:paraId="7A2BC75B" w14:textId="3EB1E97D">
      <w:pPr>
        <w:bidi w:val="0"/>
        <w:spacing w:before="38" w:beforeAutospacing="off" w:after="0" w:afterAutospacing="off" w:line="276" w:lineRule="auto"/>
        <w:ind w:left="0" w:right="63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</w:pPr>
      <w:r w:rsidRPr="1E8E78AE" w:rsidR="0F102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"/>
        </w:rPr>
        <w:t>Assinatura da/o Representante legal do PPSSAN</w:t>
      </w:r>
    </w:p>
    <w:p w:rsidR="027C6A49" w:rsidP="027C6A49" w:rsidRDefault="027C6A49" w14:paraId="11800682" w14:textId="430158AE">
      <w:pPr>
        <w:bidi w:val="0"/>
        <w:spacing w:before="0" w:beforeAutospacing="off" w:after="0" w:afterAutospacing="off"/>
        <w:jc w:val="center"/>
        <w:rPr>
          <w:rFonts w:ascii="Arial" w:hAnsi="Arial" w:eastAsia="Arial" w:cs="Arial"/>
          <w:noProof w:val="0"/>
          <w:sz w:val="22"/>
          <w:szCs w:val="22"/>
          <w:lang w:val="pt"/>
        </w:rPr>
      </w:pPr>
    </w:p>
    <w:p w:rsidR="027C6A49" w:rsidP="027C6A49" w:rsidRDefault="027C6A49" w14:paraId="02D98CCF" w14:textId="64B723EA">
      <w:pPr>
        <w:pStyle w:val="Normal"/>
      </w:pPr>
    </w:p>
    <w:sectPr w:rsidR="00CC1018" w:rsidSect="00034616">
      <w:pgSz w:w="12240" w:h="15840" w:orient="portrait"/>
      <w:pgMar w:top="360" w:right="1800" w:bottom="1080" w:left="1800" w:header="720" w:footer="720" w:gutter="0"/>
      <w:cols w:space="720"/>
      <w:docGrid w:linePitch="360"/>
      <w:headerReference w:type="default" r:id="Rea84cd19207f4840"/>
      <w:footerReference w:type="default" r:id="Rb15cd90a97b746ef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2E5DA273" w:rsidTr="2E5DA273" w14:paraId="0FF980E6">
      <w:trPr>
        <w:trHeight w:val="300"/>
      </w:trPr>
      <w:tc>
        <w:tcPr>
          <w:tcW w:w="2880" w:type="dxa"/>
          <w:tcMar/>
        </w:tcPr>
        <w:p w:rsidR="2E5DA273" w:rsidP="2E5DA273" w:rsidRDefault="2E5DA273" w14:paraId="0A72E0CC" w14:textId="534895AD">
          <w:pPr>
            <w:pStyle w:val="Cabealho"/>
            <w:bidi w:val="0"/>
            <w:ind w:left="-115"/>
            <w:jc w:val="left"/>
          </w:pPr>
        </w:p>
      </w:tc>
      <w:tc>
        <w:tcPr>
          <w:tcW w:w="2880" w:type="dxa"/>
          <w:tcMar/>
        </w:tcPr>
        <w:p w:rsidR="2E5DA273" w:rsidP="2E5DA273" w:rsidRDefault="2E5DA273" w14:paraId="4BFD86A9" w14:textId="5D37A8AE">
          <w:pPr>
            <w:pStyle w:val="Cabealho"/>
            <w:bidi w:val="0"/>
            <w:jc w:val="center"/>
          </w:pPr>
        </w:p>
      </w:tc>
      <w:tc>
        <w:tcPr>
          <w:tcW w:w="2880" w:type="dxa"/>
          <w:tcMar/>
        </w:tcPr>
        <w:p w:rsidR="2E5DA273" w:rsidP="2E5DA273" w:rsidRDefault="2E5DA273" w14:paraId="242050DA" w14:textId="2442E32B">
          <w:pPr>
            <w:pStyle w:val="Cabealho"/>
            <w:bidi w:val="0"/>
            <w:ind w:right="-115"/>
            <w:jc w:val="right"/>
          </w:pPr>
        </w:p>
      </w:tc>
    </w:tr>
  </w:tbl>
  <w:p w:rsidR="2E5DA273" w:rsidP="2E5DA273" w:rsidRDefault="2E5DA273" w14:paraId="42E998CC" w14:textId="441E3B0B">
    <w:pPr>
      <w:pStyle w:val="Rodap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2E5DA273" w:rsidTr="2E5DA273" w14:paraId="0D540F3C">
      <w:trPr>
        <w:trHeight w:val="300"/>
      </w:trPr>
      <w:tc>
        <w:tcPr>
          <w:tcW w:w="2880" w:type="dxa"/>
          <w:tcMar/>
        </w:tcPr>
        <w:p w:rsidR="2E5DA273" w:rsidP="2E5DA273" w:rsidRDefault="2E5DA273" w14:paraId="3CF1FAE6" w14:textId="5E55B3E0">
          <w:pPr>
            <w:pStyle w:val="Cabealho"/>
            <w:bidi w:val="0"/>
            <w:ind w:left="-115"/>
            <w:jc w:val="left"/>
          </w:pPr>
        </w:p>
      </w:tc>
      <w:tc>
        <w:tcPr>
          <w:tcW w:w="2880" w:type="dxa"/>
          <w:tcMar/>
        </w:tcPr>
        <w:p w:rsidR="2E5DA273" w:rsidP="2E5DA273" w:rsidRDefault="2E5DA273" w14:paraId="718322CD" w14:textId="1D33724B">
          <w:pPr>
            <w:pStyle w:val="Cabealho"/>
            <w:bidi w:val="0"/>
            <w:jc w:val="center"/>
          </w:pPr>
        </w:p>
      </w:tc>
      <w:tc>
        <w:tcPr>
          <w:tcW w:w="2880" w:type="dxa"/>
          <w:tcMar/>
        </w:tcPr>
        <w:p w:rsidR="2E5DA273" w:rsidP="2E5DA273" w:rsidRDefault="2E5DA273" w14:paraId="69E9A1BC" w14:textId="14EFDDB0">
          <w:pPr>
            <w:pStyle w:val="Cabealho"/>
            <w:bidi w:val="0"/>
            <w:ind w:right="-115"/>
            <w:jc w:val="right"/>
          </w:pPr>
        </w:p>
      </w:tc>
    </w:tr>
  </w:tbl>
  <w:p w:rsidR="2E5DA273" w:rsidP="2E5DA273" w:rsidRDefault="2E5DA273" w14:paraId="49857F90" w14:textId="1D397884">
    <w:pPr>
      <w:pStyle w:val="Cabealho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3CAA"/>
    <w:rsid w:val="00AA1D8D"/>
    <w:rsid w:val="00B47730"/>
    <w:rsid w:val="00CB0664"/>
    <w:rsid w:val="00CC1018"/>
    <w:rsid w:val="00FC693F"/>
    <w:rsid w:val="02187F78"/>
    <w:rsid w:val="022F7583"/>
    <w:rsid w:val="027C6A49"/>
    <w:rsid w:val="02A6D8D3"/>
    <w:rsid w:val="02D9136D"/>
    <w:rsid w:val="038B8C4E"/>
    <w:rsid w:val="03B456E7"/>
    <w:rsid w:val="0420AA7B"/>
    <w:rsid w:val="0596BBB5"/>
    <w:rsid w:val="0624E27C"/>
    <w:rsid w:val="069F7E4C"/>
    <w:rsid w:val="07E25F26"/>
    <w:rsid w:val="0874FB44"/>
    <w:rsid w:val="0A89A1CB"/>
    <w:rsid w:val="0BDC5A04"/>
    <w:rsid w:val="0C32B3F5"/>
    <w:rsid w:val="0C3E1A70"/>
    <w:rsid w:val="0C5D7D59"/>
    <w:rsid w:val="0CBFDD9E"/>
    <w:rsid w:val="0E978A97"/>
    <w:rsid w:val="0EC2E9B3"/>
    <w:rsid w:val="0ED0BB6A"/>
    <w:rsid w:val="0F102382"/>
    <w:rsid w:val="0F758789"/>
    <w:rsid w:val="0FBE27D4"/>
    <w:rsid w:val="0FBE27D4"/>
    <w:rsid w:val="0FCF356F"/>
    <w:rsid w:val="0FD25D52"/>
    <w:rsid w:val="11023074"/>
    <w:rsid w:val="1123F554"/>
    <w:rsid w:val="117C175A"/>
    <w:rsid w:val="11CE1303"/>
    <w:rsid w:val="124BDF93"/>
    <w:rsid w:val="12831B75"/>
    <w:rsid w:val="130816FF"/>
    <w:rsid w:val="13463FDB"/>
    <w:rsid w:val="136C502B"/>
    <w:rsid w:val="176DCF44"/>
    <w:rsid w:val="17838561"/>
    <w:rsid w:val="17FFFAB8"/>
    <w:rsid w:val="197BD21B"/>
    <w:rsid w:val="1A677D4D"/>
    <w:rsid w:val="1A910F9C"/>
    <w:rsid w:val="1B587BD1"/>
    <w:rsid w:val="1BDC3382"/>
    <w:rsid w:val="1C41CB83"/>
    <w:rsid w:val="1C939901"/>
    <w:rsid w:val="1D00D1B1"/>
    <w:rsid w:val="1E1995FB"/>
    <w:rsid w:val="1E8E78AE"/>
    <w:rsid w:val="21931CF0"/>
    <w:rsid w:val="226EDB42"/>
    <w:rsid w:val="236C08D6"/>
    <w:rsid w:val="23E73D3C"/>
    <w:rsid w:val="245DCF43"/>
    <w:rsid w:val="257616C8"/>
    <w:rsid w:val="260DDC2D"/>
    <w:rsid w:val="2760D913"/>
    <w:rsid w:val="27656717"/>
    <w:rsid w:val="27995795"/>
    <w:rsid w:val="27FA53E5"/>
    <w:rsid w:val="289337B3"/>
    <w:rsid w:val="28BCB700"/>
    <w:rsid w:val="28EA4329"/>
    <w:rsid w:val="2912E4E6"/>
    <w:rsid w:val="2913CA60"/>
    <w:rsid w:val="29523193"/>
    <w:rsid w:val="29A5D7FA"/>
    <w:rsid w:val="29FAC920"/>
    <w:rsid w:val="2A530AAF"/>
    <w:rsid w:val="2A6D0539"/>
    <w:rsid w:val="2CC8A812"/>
    <w:rsid w:val="2CEBBC26"/>
    <w:rsid w:val="2CECE2CF"/>
    <w:rsid w:val="2D25E829"/>
    <w:rsid w:val="2E5DA273"/>
    <w:rsid w:val="2F6D567E"/>
    <w:rsid w:val="2FB2D3BC"/>
    <w:rsid w:val="30ACF341"/>
    <w:rsid w:val="317A648B"/>
    <w:rsid w:val="31C712A5"/>
    <w:rsid w:val="3207D697"/>
    <w:rsid w:val="3306B2F3"/>
    <w:rsid w:val="33233B3D"/>
    <w:rsid w:val="35170511"/>
    <w:rsid w:val="35838718"/>
    <w:rsid w:val="35C40608"/>
    <w:rsid w:val="35F61589"/>
    <w:rsid w:val="368C8B50"/>
    <w:rsid w:val="372CBFD2"/>
    <w:rsid w:val="37B5D02E"/>
    <w:rsid w:val="37E4ED95"/>
    <w:rsid w:val="384164CC"/>
    <w:rsid w:val="38EFA051"/>
    <w:rsid w:val="3ADEBBD7"/>
    <w:rsid w:val="3AE60F40"/>
    <w:rsid w:val="3B00CF21"/>
    <w:rsid w:val="3B00CF21"/>
    <w:rsid w:val="3B37F324"/>
    <w:rsid w:val="3BCBFCB9"/>
    <w:rsid w:val="3BD6CA24"/>
    <w:rsid w:val="3C4C7DCA"/>
    <w:rsid w:val="3CA77F7C"/>
    <w:rsid w:val="3D735708"/>
    <w:rsid w:val="3D8D8D0D"/>
    <w:rsid w:val="3DC1C67D"/>
    <w:rsid w:val="3E90A852"/>
    <w:rsid w:val="3E90A852"/>
    <w:rsid w:val="3E93AF89"/>
    <w:rsid w:val="3ED74574"/>
    <w:rsid w:val="3F194CC0"/>
    <w:rsid w:val="4055C118"/>
    <w:rsid w:val="4055C118"/>
    <w:rsid w:val="40FE3A3D"/>
    <w:rsid w:val="4122BF9C"/>
    <w:rsid w:val="414E47CD"/>
    <w:rsid w:val="41CECA8F"/>
    <w:rsid w:val="426C0C55"/>
    <w:rsid w:val="426C0C55"/>
    <w:rsid w:val="42C561CD"/>
    <w:rsid w:val="42D4C3F8"/>
    <w:rsid w:val="42D4C3F8"/>
    <w:rsid w:val="42E74FF1"/>
    <w:rsid w:val="4419076B"/>
    <w:rsid w:val="455C2EE1"/>
    <w:rsid w:val="458290FA"/>
    <w:rsid w:val="461A9B89"/>
    <w:rsid w:val="469A82EF"/>
    <w:rsid w:val="4764EAAE"/>
    <w:rsid w:val="4821331D"/>
    <w:rsid w:val="48CF403A"/>
    <w:rsid w:val="48DBEEE9"/>
    <w:rsid w:val="48FED0BD"/>
    <w:rsid w:val="49037D35"/>
    <w:rsid w:val="497B78A6"/>
    <w:rsid w:val="49E3278C"/>
    <w:rsid w:val="49EE56AA"/>
    <w:rsid w:val="4A41C6FE"/>
    <w:rsid w:val="4A80D94B"/>
    <w:rsid w:val="4AB0F98B"/>
    <w:rsid w:val="4B2EE5F9"/>
    <w:rsid w:val="4D98E55B"/>
    <w:rsid w:val="4F7DCC1F"/>
    <w:rsid w:val="50D9A469"/>
    <w:rsid w:val="50EC3B5F"/>
    <w:rsid w:val="52C7EC6C"/>
    <w:rsid w:val="53249568"/>
    <w:rsid w:val="53290747"/>
    <w:rsid w:val="5347242E"/>
    <w:rsid w:val="5363B7C6"/>
    <w:rsid w:val="545B9156"/>
    <w:rsid w:val="54B0B864"/>
    <w:rsid w:val="5520740D"/>
    <w:rsid w:val="55CF15CE"/>
    <w:rsid w:val="564B6978"/>
    <w:rsid w:val="5760F4F2"/>
    <w:rsid w:val="57F95A45"/>
    <w:rsid w:val="58268A5A"/>
    <w:rsid w:val="582A2F56"/>
    <w:rsid w:val="5865A3E6"/>
    <w:rsid w:val="595B46D2"/>
    <w:rsid w:val="5A31E9B0"/>
    <w:rsid w:val="5A62DB99"/>
    <w:rsid w:val="5A62DB99"/>
    <w:rsid w:val="5A6F704A"/>
    <w:rsid w:val="5A77C55D"/>
    <w:rsid w:val="5B087426"/>
    <w:rsid w:val="5BEA8885"/>
    <w:rsid w:val="5C560EEE"/>
    <w:rsid w:val="5C7D56A3"/>
    <w:rsid w:val="5D756AA6"/>
    <w:rsid w:val="5EC1011B"/>
    <w:rsid w:val="5EC69654"/>
    <w:rsid w:val="5EF53A12"/>
    <w:rsid w:val="5F71D211"/>
    <w:rsid w:val="5F786909"/>
    <w:rsid w:val="6179BEA5"/>
    <w:rsid w:val="61CDD296"/>
    <w:rsid w:val="63782051"/>
    <w:rsid w:val="63B5E347"/>
    <w:rsid w:val="63C2C1A5"/>
    <w:rsid w:val="653DA584"/>
    <w:rsid w:val="655550E4"/>
    <w:rsid w:val="65935088"/>
    <w:rsid w:val="65DF1278"/>
    <w:rsid w:val="6654AF0A"/>
    <w:rsid w:val="670BEAE0"/>
    <w:rsid w:val="678C6677"/>
    <w:rsid w:val="67C247AF"/>
    <w:rsid w:val="67EDC671"/>
    <w:rsid w:val="683D3B8D"/>
    <w:rsid w:val="68465A06"/>
    <w:rsid w:val="69027985"/>
    <w:rsid w:val="69F70572"/>
    <w:rsid w:val="6A6BB5A5"/>
    <w:rsid w:val="6A894D67"/>
    <w:rsid w:val="6AD1714E"/>
    <w:rsid w:val="6B0FC09B"/>
    <w:rsid w:val="6BEF7819"/>
    <w:rsid w:val="6BEF7819"/>
    <w:rsid w:val="6CCB7E70"/>
    <w:rsid w:val="6CD85882"/>
    <w:rsid w:val="6D2CA6E5"/>
    <w:rsid w:val="6EBA21C8"/>
    <w:rsid w:val="6EF45FF3"/>
    <w:rsid w:val="6F00B40E"/>
    <w:rsid w:val="6F3DB2D0"/>
    <w:rsid w:val="7059621D"/>
    <w:rsid w:val="714150FD"/>
    <w:rsid w:val="72AEDC59"/>
    <w:rsid w:val="72FBBA29"/>
    <w:rsid w:val="73A07D18"/>
    <w:rsid w:val="744F6425"/>
    <w:rsid w:val="7505BF7F"/>
    <w:rsid w:val="75092FF2"/>
    <w:rsid w:val="75792C6F"/>
    <w:rsid w:val="75C4881F"/>
    <w:rsid w:val="7608166F"/>
    <w:rsid w:val="765EEE56"/>
    <w:rsid w:val="76B1D40A"/>
    <w:rsid w:val="76CFCE66"/>
    <w:rsid w:val="77816A15"/>
    <w:rsid w:val="779C76CA"/>
    <w:rsid w:val="77F5E453"/>
    <w:rsid w:val="78271192"/>
    <w:rsid w:val="7979529B"/>
    <w:rsid w:val="79F553B2"/>
    <w:rsid w:val="7ADC513C"/>
    <w:rsid w:val="7B95C66B"/>
    <w:rsid w:val="7C5E50F6"/>
    <w:rsid w:val="7E9B9479"/>
    <w:rsid w:val="7ECB89B6"/>
    <w:rsid w:val="7ED820F1"/>
    <w:rsid w:val="7F00A536"/>
    <w:rsid w:val="7F5BD878"/>
    <w:rsid w:val="7F86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EE8271"/>
  <w14:defaultImageDpi w14:val="300"/>
  <w15:docId w15:val="{B04DE81C-62E2-4CAD-B32E-AEDD3852A40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styleId="Ttulo1Char" w:customStyle="1">
    <w:name w:val="Título 1 Char"/>
    <w:basedOn w:val="Fontepargpadro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har" w:customStyle="1">
    <w:name w:val="Título 2 Char"/>
    <w:basedOn w:val="Fontepargpadro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har" w:customStyle="1">
    <w:name w:val="Título 3 Char"/>
    <w:basedOn w:val="Fontepargpadro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tuloChar" w:customStyle="1">
    <w:name w:val="Título Char"/>
    <w:basedOn w:val="Fontepargpadro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tuloChar" w:customStyle="1">
    <w:name w:val="Subtítulo Char"/>
    <w:basedOn w:val="Fontepargpadro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styleId="Corpodetexto2Char" w:customStyle="1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Corpodetexto3Char" w:customStyle="1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demacroChar" w:customStyle="1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styleId="CitaoChar" w:customStyle="1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styleId="Ttulo4Char" w:customStyle="1">
    <w:name w:val="Título 4 Char"/>
    <w:basedOn w:val="Fontepargpadro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har" w:customStyle="1">
    <w:name w:val="Título 5 Char"/>
    <w:basedOn w:val="Fontepargpadro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har" w:customStyle="1">
    <w:name w:val="Título 7 Char"/>
    <w:basedOn w:val="Fontepargpadro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har" w:customStyle="1">
    <w:name w:val="Título 8 Char"/>
    <w:basedOn w:val="Fontepargpadro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har" w:customStyle="1">
    <w:name w:val="Título 9 Char"/>
    <w:basedOn w:val="Fontepargpadro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0" /><Relationship Type="http://schemas.openxmlformats.org/officeDocument/2006/relationships/settings" Target="settings.xml" Id="rId4" /><Relationship Type="http://schemas.openxmlformats.org/officeDocument/2006/relationships/customXml" Target="../customXml/item3.xml" Id="rId9" /><Relationship Type="http://schemas.openxmlformats.org/officeDocument/2006/relationships/header" Target="header.xml" Id="Rea84cd19207f4840" /><Relationship Type="http://schemas.openxmlformats.org/officeDocument/2006/relationships/footer" Target="footer.xml" Id="Rb15cd90a97b746e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7279B46A897E4CB5550BFC0CF7B618" ma:contentTypeVersion="15" ma:contentTypeDescription="Crie um novo documento." ma:contentTypeScope="" ma:versionID="8f8aae9966ade32195df63efc73cb2f4">
  <xsd:schema xmlns:xsd="http://www.w3.org/2001/XMLSchema" xmlns:xs="http://www.w3.org/2001/XMLSchema" xmlns:p="http://schemas.microsoft.com/office/2006/metadata/properties" xmlns:ns2="74c553d2-ef86-4834-9379-c274f8dcc3fe" xmlns:ns3="227d0dc9-20ab-44b5-aba8-fb97d676847b" targetNamespace="http://schemas.microsoft.com/office/2006/metadata/properties" ma:root="true" ma:fieldsID="6bd99ccb0a0b06df96030a55f1e289a3" ns2:_="" ns3:_="">
    <xsd:import namespace="74c553d2-ef86-4834-9379-c274f8dcc3fe"/>
    <xsd:import namespace="227d0dc9-20ab-44b5-aba8-fb97d67684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553d2-ef86-4834-9379-c274f8dcc3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7d0dc9-20ab-44b5-aba8-fb97d676847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5d7b426-b379-46a7-85d9-60ab5fa13c1b}" ma:internalName="TaxCatchAll" ma:showField="CatchAllData" ma:web="227d0dc9-20ab-44b5-aba8-fb97d67684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c553d2-ef86-4834-9379-c274f8dcc3fe">
      <Terms xmlns="http://schemas.microsoft.com/office/infopath/2007/PartnerControls"/>
    </lcf76f155ced4ddcb4097134ff3c332f>
    <TaxCatchAll xmlns="227d0dc9-20ab-44b5-aba8-fb97d676847b" xsi:nil="true"/>
  </documentManagement>
</p:properties>
</file>

<file path=customXml/itemProps1.xml><?xml version="1.0" encoding="utf-8"?>
<ds:datastoreItem xmlns:ds="http://schemas.openxmlformats.org/officeDocument/2006/customXml" ds:itemID="{2AF9C4AE-3F46-4D73-A928-ACA854F010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8646BF-ED92-4FB8-B1E2-D289A0E40446}"/>
</file>

<file path=customXml/itemProps3.xml><?xml version="1.0" encoding="utf-8"?>
<ds:datastoreItem xmlns:ds="http://schemas.openxmlformats.org/officeDocument/2006/customXml" ds:itemID="{1F512C21-C5F3-419D-8F33-BB309263BFE7}"/>
</file>

<file path=customXml/itemProps4.xml><?xml version="1.0" encoding="utf-8"?>
<ds:datastoreItem xmlns:ds="http://schemas.openxmlformats.org/officeDocument/2006/customXml" ds:itemID="{BCA53B1A-1B8B-4791-A828-28C5B7A7330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Dirce Cristina de Christo</lastModifiedBy>
  <revision>19</revision>
  <dcterms:created xsi:type="dcterms:W3CDTF">2013-12-23T23:15:00.0000000Z</dcterms:created>
  <dcterms:modified xsi:type="dcterms:W3CDTF">2025-11-24T14:48:42.7020135Z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0x010100407279B46A897E4CB5550BFC0CF7B618</vt:lpwstr>
  </property>
  <property fmtid="{D5CDD505-2E9C-101B-9397-08002B2CF9AE}" pid="3" name="MediaServiceImageTags">
    <vt:lpwstr/>
  </property>
  <property fmtid="{D5CDD505-2E9C-101B-9397-08002B2CF9AE}" pid="4" name="docLang">
    <vt:lpwstr>pt</vt:lpwstr>
  </property>
</Properties>
</file>